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7518B" w14:textId="72E875A4" w:rsidR="00A03BB5" w:rsidRPr="00772A6E" w:rsidRDefault="00A03BB5" w:rsidP="00CA3F14">
      <w:pPr>
        <w:pStyle w:val="Heading1"/>
        <w:rPr>
          <w:lang w:val="tr-TR"/>
        </w:rPr>
      </w:pPr>
      <w:r w:rsidRPr="00772A6E">
        <w:rPr>
          <w:lang w:val="tr-TR"/>
        </w:rPr>
        <w:t>1.</w:t>
      </w:r>
      <w:r w:rsidR="00B01B17" w:rsidRPr="00772A6E">
        <w:rPr>
          <w:lang w:val="tr-TR"/>
        </w:rPr>
        <w:t>Amaç</w:t>
      </w:r>
    </w:p>
    <w:p w14:paraId="34377283" w14:textId="5AF6033F" w:rsidR="00A03BB5" w:rsidRPr="00772A6E" w:rsidRDefault="009E63BB" w:rsidP="00A03BB5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 xml:space="preserve"> </w:t>
      </w:r>
    </w:p>
    <w:p w14:paraId="695A4C54" w14:textId="1F825F7D" w:rsidR="00A03BB5" w:rsidRPr="00772A6E" w:rsidRDefault="00FA1E71" w:rsidP="00CA3F14">
      <w:pPr>
        <w:rPr>
          <w:sz w:val="22"/>
          <w:lang w:val="tr-TR"/>
        </w:rPr>
      </w:pPr>
      <w:r w:rsidRPr="00772A6E">
        <w:rPr>
          <w:sz w:val="22"/>
          <w:lang w:val="tr-TR"/>
        </w:rPr>
        <w:t>Y</w:t>
      </w:r>
      <w:r w:rsidR="00CA3F14" w:rsidRPr="00772A6E">
        <w:rPr>
          <w:sz w:val="22"/>
          <w:lang w:val="tr-TR"/>
        </w:rPr>
        <w:t>apay zeka ve yazılım geliştirme alanında faaliyet gösteren</w:t>
      </w:r>
      <w:r w:rsidRPr="00772A6E">
        <w:rPr>
          <w:sz w:val="22"/>
          <w:lang w:val="tr-TR"/>
        </w:rPr>
        <w:t xml:space="preserve"> </w:t>
      </w:r>
      <w:r w:rsidR="00CA3F14" w:rsidRPr="00772A6E">
        <w:rPr>
          <w:sz w:val="22"/>
          <w:lang w:val="tr-TR"/>
        </w:rPr>
        <w:t xml:space="preserve">şirketimizin iş süreçlerinde kullandığı bilgi </w:t>
      </w:r>
      <w:r w:rsidRPr="00772A6E">
        <w:rPr>
          <w:sz w:val="22"/>
          <w:lang w:val="tr-TR"/>
        </w:rPr>
        <w:t xml:space="preserve"> </w:t>
      </w:r>
      <w:r w:rsidR="00CA3F14" w:rsidRPr="00772A6E">
        <w:rPr>
          <w:sz w:val="22"/>
          <w:lang w:val="tr-TR"/>
        </w:rPr>
        <w:t>varlıklarının gizlilik, bütünlük ve erişilebilirlik ilkeleri</w:t>
      </w:r>
      <w:r w:rsidRPr="00772A6E">
        <w:rPr>
          <w:sz w:val="22"/>
          <w:lang w:val="tr-TR"/>
        </w:rPr>
        <w:t xml:space="preserve"> </w:t>
      </w:r>
      <w:r w:rsidR="00CA3F14" w:rsidRPr="00772A6E">
        <w:rPr>
          <w:sz w:val="22"/>
          <w:lang w:val="tr-TR"/>
        </w:rPr>
        <w:t>doğrultusunda korunmasını sağlamaktır. Ayrıca,</w:t>
      </w:r>
      <w:r w:rsidRPr="00772A6E">
        <w:rPr>
          <w:sz w:val="22"/>
          <w:lang w:val="tr-TR"/>
        </w:rPr>
        <w:t xml:space="preserve"> </w:t>
      </w:r>
      <w:r w:rsidR="00CA3F14" w:rsidRPr="00772A6E">
        <w:rPr>
          <w:sz w:val="22"/>
          <w:lang w:val="tr-TR"/>
        </w:rPr>
        <w:t>yürütülen faaliyetlerin ISO 27001:2022 Bilgi</w:t>
      </w:r>
      <w:r w:rsidRPr="00772A6E">
        <w:rPr>
          <w:sz w:val="22"/>
          <w:lang w:val="tr-TR"/>
        </w:rPr>
        <w:t xml:space="preserve"> </w:t>
      </w:r>
      <w:r w:rsidR="00CA3F14" w:rsidRPr="00772A6E">
        <w:rPr>
          <w:sz w:val="22"/>
          <w:lang w:val="tr-TR"/>
        </w:rPr>
        <w:t>Güvenliği Yönetim Sistemi (BGYS) standardına, Kişisel</w:t>
      </w:r>
      <w:r w:rsidRPr="00772A6E">
        <w:rPr>
          <w:sz w:val="22"/>
          <w:lang w:val="tr-TR"/>
        </w:rPr>
        <w:t xml:space="preserve"> </w:t>
      </w:r>
      <w:r w:rsidR="00CA3F14" w:rsidRPr="00772A6E">
        <w:rPr>
          <w:sz w:val="22"/>
          <w:lang w:val="tr-TR"/>
        </w:rPr>
        <w:t>Verilerin Korunması Kanunu'na (KVKK) ve</w:t>
      </w:r>
      <w:r w:rsidRPr="00772A6E">
        <w:rPr>
          <w:sz w:val="22"/>
          <w:lang w:val="tr-TR"/>
        </w:rPr>
        <w:t xml:space="preserve"> </w:t>
      </w:r>
      <w:r w:rsidR="00CA3F14" w:rsidRPr="00772A6E">
        <w:rPr>
          <w:sz w:val="22"/>
          <w:lang w:val="tr-TR"/>
        </w:rPr>
        <w:t>müşteri sözleşmelerine uyumlu bir şekilde yönetilmesi hedeflenmektedir.</w:t>
      </w:r>
    </w:p>
    <w:p w14:paraId="57A9387D" w14:textId="77777777" w:rsidR="00CA3F14" w:rsidRPr="00772A6E" w:rsidRDefault="00CA3F14" w:rsidP="00CA3F14">
      <w:pPr>
        <w:rPr>
          <w:sz w:val="22"/>
          <w:lang w:val="tr-TR"/>
        </w:rPr>
      </w:pPr>
    </w:p>
    <w:p w14:paraId="3FF3555D" w14:textId="01A12D6B" w:rsidR="00A03BB5" w:rsidRPr="00772A6E" w:rsidRDefault="00CA3F14" w:rsidP="00CA3F14">
      <w:pPr>
        <w:pStyle w:val="Heading1"/>
        <w:rPr>
          <w:sz w:val="30"/>
          <w:szCs w:val="30"/>
          <w:lang w:val="tr-TR"/>
        </w:rPr>
      </w:pPr>
      <w:r w:rsidRPr="00772A6E">
        <w:rPr>
          <w:sz w:val="30"/>
          <w:szCs w:val="30"/>
          <w:lang w:val="tr-TR"/>
        </w:rPr>
        <w:t>2.Kapsam</w:t>
      </w:r>
    </w:p>
    <w:p w14:paraId="5A4DA4E1" w14:textId="15BF0834" w:rsidR="00D46CF7" w:rsidRPr="00772A6E" w:rsidRDefault="009E63BB" w:rsidP="00CA3F14">
      <w:pPr>
        <w:pStyle w:val="NoSpacing"/>
        <w:rPr>
          <w:rFonts w:ascii="Times New Roman" w:hAnsi="Times New Roman" w:cs="Times New Roman"/>
          <w:lang w:val="tr-TR"/>
        </w:rPr>
      </w:pPr>
      <w:r w:rsidRPr="00772A6E">
        <w:rPr>
          <w:rFonts w:ascii="Times New Roman" w:hAnsi="Times New Roman" w:cs="Times New Roman"/>
          <w:lang w:val="tr-TR"/>
        </w:rPr>
        <w:t xml:space="preserve"> </w:t>
      </w:r>
      <w:r w:rsidR="00E15547" w:rsidRPr="00772A6E">
        <w:rPr>
          <w:rFonts w:ascii="Times New Roman" w:hAnsi="Times New Roman" w:cs="Times New Roman"/>
          <w:lang w:val="tr-TR"/>
        </w:rPr>
        <w:t xml:space="preserve"> </w:t>
      </w:r>
    </w:p>
    <w:p w14:paraId="361E1627" w14:textId="6773A353" w:rsidR="00CA3F14" w:rsidRPr="00772A6E" w:rsidRDefault="00CA3F14" w:rsidP="00CA3F14">
      <w:pPr>
        <w:pStyle w:val="NoSpacing"/>
        <w:rPr>
          <w:rFonts w:ascii="Times New Roman" w:hAnsi="Times New Roman" w:cs="Times New Roman"/>
          <w:lang w:val="tr-TR"/>
        </w:rPr>
      </w:pPr>
      <w:r w:rsidRPr="00772A6E">
        <w:rPr>
          <w:rFonts w:ascii="Times New Roman" w:hAnsi="Times New Roman" w:cs="Times New Roman"/>
          <w:lang w:val="tr-TR"/>
        </w:rPr>
        <w:t>Şirketin sahip olduğu, işlediği veya erişim sağladığı tüm bilgi varlıklarını ve bilgi işleyen</w:t>
      </w:r>
    </w:p>
    <w:p w14:paraId="5984D7AA" w14:textId="77777777" w:rsidR="00CA3F14" w:rsidRPr="00772A6E" w:rsidRDefault="00CA3F14" w:rsidP="00CA3F14">
      <w:pPr>
        <w:pStyle w:val="NoSpacing"/>
        <w:rPr>
          <w:rFonts w:ascii="Times New Roman" w:hAnsi="Times New Roman" w:cs="Times New Roman"/>
          <w:lang w:val="tr-TR"/>
        </w:rPr>
      </w:pPr>
      <w:r w:rsidRPr="00772A6E">
        <w:rPr>
          <w:rFonts w:ascii="Times New Roman" w:hAnsi="Times New Roman" w:cs="Times New Roman"/>
          <w:lang w:val="tr-TR"/>
        </w:rPr>
        <w:t>sistemleri kapsar. Küçük ölçekli, hibrit çalışma modeli uygulayan bir teknoloji şirketi olarak kapsamımız aşağıdaki gibidir:</w:t>
      </w:r>
    </w:p>
    <w:p w14:paraId="2263ABDF" w14:textId="77777777" w:rsidR="00CA3F14" w:rsidRPr="00772A6E" w:rsidRDefault="00CA3F14" w:rsidP="00CA3F1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tr-TR"/>
        </w:rPr>
      </w:pPr>
      <w:r w:rsidRPr="00772A6E">
        <w:rPr>
          <w:rFonts w:ascii="Times New Roman" w:hAnsi="Times New Roman" w:cs="Times New Roman"/>
          <w:lang w:val="tr-TR"/>
        </w:rPr>
        <w:t>Tüm tam zamanlı, yarı zamanlı veya sözleşmeli çalışanlar</w:t>
      </w:r>
    </w:p>
    <w:p w14:paraId="2C6935A7" w14:textId="77777777" w:rsidR="00CA3F14" w:rsidRPr="00772A6E" w:rsidRDefault="00CA3F14" w:rsidP="00CA3F1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tr-TR"/>
        </w:rPr>
      </w:pPr>
      <w:r w:rsidRPr="00772A6E">
        <w:rPr>
          <w:rFonts w:ascii="Times New Roman" w:hAnsi="Times New Roman" w:cs="Times New Roman"/>
          <w:lang w:val="tr-TR"/>
        </w:rPr>
        <w:t>Yapay zeka modellerinin barındırıldığı, geliştirildiği ve test edildiği bulut tabanlı altyapılar</w:t>
      </w:r>
    </w:p>
    <w:p w14:paraId="008DEA74" w14:textId="5475B661" w:rsidR="00CA3F14" w:rsidRPr="00772A6E" w:rsidRDefault="00CA3F14" w:rsidP="00CA3F1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tr-TR"/>
        </w:rPr>
      </w:pPr>
      <w:r w:rsidRPr="00772A6E">
        <w:rPr>
          <w:rFonts w:ascii="Times New Roman" w:hAnsi="Times New Roman" w:cs="Times New Roman"/>
          <w:lang w:val="tr-TR"/>
        </w:rPr>
        <w:t>Müşteri</w:t>
      </w:r>
      <w:r w:rsidR="00FE16FF" w:rsidRPr="00772A6E">
        <w:rPr>
          <w:rFonts w:ascii="Times New Roman" w:hAnsi="Times New Roman" w:cs="Times New Roman"/>
          <w:lang w:val="tr-TR"/>
        </w:rPr>
        <w:t>ye/Şirkete</w:t>
      </w:r>
      <w:r w:rsidRPr="00772A6E">
        <w:rPr>
          <w:rFonts w:ascii="Times New Roman" w:hAnsi="Times New Roman" w:cs="Times New Roman"/>
          <w:lang w:val="tr-TR"/>
        </w:rPr>
        <w:t xml:space="preserve"> ait veri setleri, algoritmalar, kaynak kodlar ve şirket fikri mülkiyetleri. </w:t>
      </w:r>
    </w:p>
    <w:p w14:paraId="3C043683" w14:textId="7195935D" w:rsidR="009E63BB" w:rsidRPr="00772A6E" w:rsidRDefault="007443FA" w:rsidP="009E63BB">
      <w:pPr>
        <w:pStyle w:val="NoSpacing"/>
        <w:rPr>
          <w:rFonts w:ascii="Times New Roman" w:hAnsi="Times New Roman" w:cs="Times New Roman"/>
          <w:sz w:val="16"/>
          <w:szCs w:val="16"/>
          <w:lang w:val="tr-TR"/>
        </w:rPr>
      </w:pPr>
      <w:r w:rsidRPr="00772A6E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</w:p>
    <w:p w14:paraId="526901AE" w14:textId="72142E8A" w:rsidR="00D80B4A" w:rsidRPr="00772A6E" w:rsidRDefault="00D80B4A" w:rsidP="00D80B4A">
      <w:pPr>
        <w:pStyle w:val="Heading1"/>
        <w:rPr>
          <w:lang w:val="tr-TR"/>
        </w:rPr>
      </w:pPr>
      <w:r w:rsidRPr="00772A6E">
        <w:rPr>
          <w:lang w:val="tr-TR"/>
        </w:rPr>
        <w:t>3.Dayanak ve Referanslar</w:t>
      </w:r>
    </w:p>
    <w:p w14:paraId="5C28EE89" w14:textId="5000A86E" w:rsidR="00370CF4" w:rsidRPr="00772A6E" w:rsidRDefault="00370CF4" w:rsidP="00370CF4">
      <w:pPr>
        <w:pStyle w:val="ListParagraph"/>
        <w:numPr>
          <w:ilvl w:val="0"/>
          <w:numId w:val="16"/>
        </w:numPr>
        <w:rPr>
          <w:sz w:val="22"/>
          <w:lang w:val="tr-TR"/>
        </w:rPr>
      </w:pPr>
      <w:r w:rsidRPr="00772A6E">
        <w:rPr>
          <w:sz w:val="22"/>
          <w:lang w:val="tr-TR"/>
        </w:rPr>
        <w:t>ISO/IEC 27001:2022 Bilgi Güvenliği Yönetimi Standartları</w:t>
      </w:r>
    </w:p>
    <w:p w14:paraId="2953D92F" w14:textId="77777777" w:rsidR="00370CF4" w:rsidRPr="00772A6E" w:rsidRDefault="00370CF4" w:rsidP="00370CF4">
      <w:pPr>
        <w:pStyle w:val="ListParagraph"/>
        <w:numPr>
          <w:ilvl w:val="0"/>
          <w:numId w:val="16"/>
        </w:numPr>
        <w:rPr>
          <w:sz w:val="22"/>
          <w:lang w:val="tr-TR"/>
        </w:rPr>
      </w:pPr>
      <w:r w:rsidRPr="00772A6E">
        <w:rPr>
          <w:sz w:val="22"/>
          <w:lang w:val="tr-TR"/>
        </w:rPr>
        <w:t>6698 Sayılı Kişisel Verilerin Korunması Kanunu (KVKK)</w:t>
      </w:r>
    </w:p>
    <w:p w14:paraId="10BFAAA2" w14:textId="77777777" w:rsidR="00370CF4" w:rsidRPr="00772A6E" w:rsidRDefault="00370CF4" w:rsidP="00370CF4">
      <w:pPr>
        <w:pStyle w:val="ListParagraph"/>
        <w:numPr>
          <w:ilvl w:val="0"/>
          <w:numId w:val="16"/>
        </w:numPr>
        <w:rPr>
          <w:sz w:val="22"/>
          <w:lang w:val="tr-TR"/>
        </w:rPr>
      </w:pPr>
      <w:r w:rsidRPr="00772A6E">
        <w:rPr>
          <w:sz w:val="22"/>
          <w:lang w:val="tr-TR"/>
        </w:rPr>
        <w:t>Şirket içi hazırlanan BGYS prosedürleri ve talimatları</w:t>
      </w:r>
    </w:p>
    <w:p w14:paraId="2401B210" w14:textId="73AF9BC1" w:rsidR="00370CF4" w:rsidRPr="00772A6E" w:rsidRDefault="00370CF4" w:rsidP="00370CF4">
      <w:pPr>
        <w:pStyle w:val="ListParagraph"/>
        <w:numPr>
          <w:ilvl w:val="0"/>
          <w:numId w:val="17"/>
        </w:numPr>
        <w:rPr>
          <w:sz w:val="22"/>
          <w:lang w:val="tr-TR"/>
        </w:rPr>
      </w:pPr>
      <w:r w:rsidRPr="00772A6E">
        <w:rPr>
          <w:sz w:val="22"/>
          <w:lang w:val="tr-TR"/>
        </w:rPr>
        <w:t>Müşterilerle akdedilen Gizlilik Sözleşmeleri (NDA)</w:t>
      </w:r>
    </w:p>
    <w:p w14:paraId="6FBB1818" w14:textId="3E9191DD" w:rsidR="00FA1E71" w:rsidRPr="00772A6E" w:rsidRDefault="007443FA" w:rsidP="00FA1E71">
      <w:pPr>
        <w:rPr>
          <w:sz w:val="18"/>
          <w:szCs w:val="20"/>
          <w:lang w:val="tr-TR"/>
        </w:rPr>
      </w:pPr>
      <w:r w:rsidRPr="00772A6E">
        <w:rPr>
          <w:sz w:val="18"/>
          <w:szCs w:val="20"/>
          <w:lang w:val="tr-TR"/>
        </w:rPr>
        <w:t xml:space="preserve"> </w:t>
      </w:r>
    </w:p>
    <w:p w14:paraId="27687673" w14:textId="11B3E467" w:rsidR="00FA1E71" w:rsidRPr="00772A6E" w:rsidRDefault="00FA1E71" w:rsidP="00FA1E71">
      <w:pPr>
        <w:pStyle w:val="Heading1"/>
        <w:rPr>
          <w:lang w:val="tr-TR"/>
        </w:rPr>
      </w:pPr>
      <w:r w:rsidRPr="00772A6E">
        <w:rPr>
          <w:lang w:val="tr-TR"/>
        </w:rPr>
        <w:t>4.Tanımlar</w:t>
      </w:r>
    </w:p>
    <w:p w14:paraId="7E2C7BED" w14:textId="77305F25" w:rsidR="00D46CF7" w:rsidRPr="00772A6E" w:rsidRDefault="009E63BB" w:rsidP="00E10DA8">
      <w:pPr>
        <w:rPr>
          <w:b/>
          <w:bCs/>
          <w:sz w:val="22"/>
          <w:lang w:val="tr-TR"/>
        </w:rPr>
      </w:pPr>
      <w:r w:rsidRPr="00772A6E">
        <w:rPr>
          <w:b/>
          <w:bCs/>
          <w:sz w:val="14"/>
          <w:szCs w:val="14"/>
          <w:lang w:val="tr-TR"/>
        </w:rPr>
        <w:t xml:space="preserve"> </w:t>
      </w:r>
      <w:r w:rsidR="00E15547" w:rsidRPr="00772A6E">
        <w:rPr>
          <w:b/>
          <w:bCs/>
          <w:sz w:val="14"/>
          <w:szCs w:val="14"/>
          <w:lang w:val="tr-TR"/>
        </w:rPr>
        <w:t xml:space="preserve"> </w:t>
      </w:r>
    </w:p>
    <w:p w14:paraId="13030F5A" w14:textId="6FBB43FF" w:rsidR="00E10DA8" w:rsidRPr="00772A6E" w:rsidRDefault="00E10DA8" w:rsidP="00E10DA8">
      <w:pPr>
        <w:rPr>
          <w:sz w:val="22"/>
          <w:lang w:val="tr-TR"/>
        </w:rPr>
      </w:pPr>
      <w:r w:rsidRPr="00772A6E">
        <w:rPr>
          <w:b/>
          <w:bCs/>
          <w:sz w:val="22"/>
          <w:lang w:val="tr-TR"/>
        </w:rPr>
        <w:t>BGYS:</w:t>
      </w:r>
      <w:r w:rsidRPr="00772A6E">
        <w:rPr>
          <w:sz w:val="22"/>
          <w:lang w:val="tr-TR"/>
        </w:rPr>
        <w:t xml:space="preserve"> Bilgi Güvenliği Yönetim Sistemi. Şirketin bilgi güvenliği hedeflerine ulaşmak için</w:t>
      </w:r>
    </w:p>
    <w:p w14:paraId="7770B800" w14:textId="77777777" w:rsidR="00E10DA8" w:rsidRPr="00772A6E" w:rsidRDefault="00E10DA8" w:rsidP="00E10DA8">
      <w:pPr>
        <w:rPr>
          <w:sz w:val="22"/>
          <w:lang w:val="tr-TR"/>
        </w:rPr>
      </w:pPr>
      <w:r w:rsidRPr="00772A6E">
        <w:rPr>
          <w:sz w:val="22"/>
          <w:lang w:val="tr-TR"/>
        </w:rPr>
        <w:t>oluşturduğu politika, prosedür ve kontroller bütünü.</w:t>
      </w:r>
    </w:p>
    <w:p w14:paraId="02CD672B" w14:textId="1CFB7E7E" w:rsidR="00E15547" w:rsidRPr="00772A6E" w:rsidRDefault="00E15547" w:rsidP="00E10DA8">
      <w:pPr>
        <w:rPr>
          <w:sz w:val="10"/>
          <w:szCs w:val="10"/>
          <w:lang w:val="tr-TR"/>
        </w:rPr>
      </w:pPr>
      <w:r w:rsidRPr="00772A6E">
        <w:rPr>
          <w:sz w:val="10"/>
          <w:szCs w:val="10"/>
          <w:lang w:val="tr-TR"/>
        </w:rPr>
        <w:t xml:space="preserve"> </w:t>
      </w:r>
    </w:p>
    <w:p w14:paraId="3A4FBCB4" w14:textId="77777777" w:rsidR="00E10DA8" w:rsidRPr="00772A6E" w:rsidRDefault="00E10DA8" w:rsidP="00E10DA8">
      <w:pPr>
        <w:rPr>
          <w:sz w:val="22"/>
          <w:lang w:val="tr-TR"/>
        </w:rPr>
      </w:pPr>
      <w:r w:rsidRPr="00772A6E">
        <w:rPr>
          <w:b/>
          <w:bCs/>
          <w:sz w:val="22"/>
          <w:lang w:val="tr-TR"/>
        </w:rPr>
        <w:t>Bilgi Varlığı:</w:t>
      </w:r>
      <w:r w:rsidRPr="00772A6E">
        <w:rPr>
          <w:sz w:val="22"/>
          <w:lang w:val="tr-TR"/>
        </w:rPr>
        <w:t xml:space="preserve"> Şirket veya müşteriler için değer ifade eden her türlü veri, yazılım, model ağırlığı,</w:t>
      </w:r>
    </w:p>
    <w:p w14:paraId="20072407" w14:textId="77777777" w:rsidR="00E10DA8" w:rsidRPr="00772A6E" w:rsidRDefault="00E10DA8" w:rsidP="00E10DA8">
      <w:pPr>
        <w:rPr>
          <w:sz w:val="22"/>
          <w:lang w:val="tr-TR"/>
        </w:rPr>
      </w:pPr>
      <w:r w:rsidRPr="00772A6E">
        <w:rPr>
          <w:sz w:val="22"/>
          <w:lang w:val="tr-TR"/>
        </w:rPr>
        <w:t>kaynak kod ve dokümantasyon.</w:t>
      </w:r>
    </w:p>
    <w:p w14:paraId="0E7518C0" w14:textId="3D433007" w:rsidR="00E15547" w:rsidRPr="00772A6E" w:rsidRDefault="00E15547" w:rsidP="00E10DA8">
      <w:pPr>
        <w:rPr>
          <w:sz w:val="10"/>
          <w:szCs w:val="10"/>
          <w:lang w:val="tr-TR"/>
        </w:rPr>
      </w:pPr>
      <w:r w:rsidRPr="00772A6E">
        <w:rPr>
          <w:sz w:val="10"/>
          <w:szCs w:val="10"/>
          <w:lang w:val="tr-TR"/>
        </w:rPr>
        <w:t xml:space="preserve"> </w:t>
      </w:r>
    </w:p>
    <w:p w14:paraId="4CFDE3D4" w14:textId="77777777" w:rsidR="00E10DA8" w:rsidRPr="00772A6E" w:rsidRDefault="00E10DA8" w:rsidP="00E10DA8">
      <w:pPr>
        <w:rPr>
          <w:sz w:val="22"/>
          <w:lang w:val="tr-TR"/>
        </w:rPr>
      </w:pPr>
      <w:r w:rsidRPr="00772A6E">
        <w:rPr>
          <w:b/>
          <w:bCs/>
          <w:sz w:val="22"/>
          <w:lang w:val="tr-TR"/>
        </w:rPr>
        <w:t>Gizlilik:</w:t>
      </w:r>
      <w:r w:rsidRPr="00772A6E">
        <w:rPr>
          <w:sz w:val="22"/>
          <w:lang w:val="tr-TR"/>
        </w:rPr>
        <w:t xml:space="preserve"> Bilginin yalnızca yetkili kişilerce erişilebilir ve görüntülenebilir olması.</w:t>
      </w:r>
    </w:p>
    <w:p w14:paraId="431A1A33" w14:textId="77777777" w:rsidR="00E10DA8" w:rsidRPr="00772A6E" w:rsidRDefault="00E10DA8" w:rsidP="00E10DA8">
      <w:pPr>
        <w:rPr>
          <w:sz w:val="22"/>
          <w:lang w:val="tr-TR"/>
        </w:rPr>
      </w:pPr>
      <w:r w:rsidRPr="00772A6E">
        <w:rPr>
          <w:sz w:val="22"/>
          <w:lang w:val="tr-TR"/>
        </w:rPr>
        <w:t>Bütünlük: Bilginin yetkisiz olarak değiştirilmesinin, silinmesinin veya bozulmasının</w:t>
      </w:r>
    </w:p>
    <w:p w14:paraId="5B6BFCBA" w14:textId="77777777" w:rsidR="00E10DA8" w:rsidRPr="00772A6E" w:rsidRDefault="00E10DA8" w:rsidP="00E10DA8">
      <w:pPr>
        <w:rPr>
          <w:sz w:val="22"/>
          <w:lang w:val="tr-TR"/>
        </w:rPr>
      </w:pPr>
      <w:r w:rsidRPr="00772A6E">
        <w:rPr>
          <w:sz w:val="22"/>
          <w:lang w:val="tr-TR"/>
        </w:rPr>
        <w:t>engellenmesi.</w:t>
      </w:r>
    </w:p>
    <w:p w14:paraId="296340F9" w14:textId="5FC064AD" w:rsidR="00E15547" w:rsidRPr="00772A6E" w:rsidRDefault="00E15547" w:rsidP="00E10DA8">
      <w:pPr>
        <w:rPr>
          <w:sz w:val="10"/>
          <w:szCs w:val="10"/>
          <w:lang w:val="tr-TR"/>
        </w:rPr>
      </w:pPr>
      <w:r w:rsidRPr="00772A6E">
        <w:rPr>
          <w:sz w:val="10"/>
          <w:szCs w:val="10"/>
          <w:lang w:val="tr-TR"/>
        </w:rPr>
        <w:t xml:space="preserve"> </w:t>
      </w:r>
    </w:p>
    <w:p w14:paraId="58CB627B" w14:textId="77777777" w:rsidR="00E10DA8" w:rsidRPr="00772A6E" w:rsidRDefault="00E10DA8" w:rsidP="00E10DA8">
      <w:pPr>
        <w:rPr>
          <w:sz w:val="22"/>
          <w:lang w:val="tr-TR"/>
        </w:rPr>
      </w:pPr>
      <w:r w:rsidRPr="00772A6E">
        <w:rPr>
          <w:b/>
          <w:bCs/>
          <w:sz w:val="22"/>
          <w:lang w:val="tr-TR"/>
        </w:rPr>
        <w:t>Erişilebilirlik:</w:t>
      </w:r>
      <w:r w:rsidRPr="00772A6E">
        <w:rPr>
          <w:sz w:val="22"/>
          <w:lang w:val="tr-TR"/>
        </w:rPr>
        <w:t xml:space="preserve"> Bilgi sistemlerinin ve verilerin, ihtiyaç duyulduğunda yetkili kişilerce kullanılabilir</w:t>
      </w:r>
    </w:p>
    <w:p w14:paraId="0D8DECA4" w14:textId="77777777" w:rsidR="00E10DA8" w:rsidRPr="00772A6E" w:rsidRDefault="00E10DA8" w:rsidP="00E10DA8">
      <w:pPr>
        <w:rPr>
          <w:sz w:val="22"/>
          <w:lang w:val="tr-TR"/>
        </w:rPr>
      </w:pPr>
      <w:r w:rsidRPr="00772A6E">
        <w:rPr>
          <w:sz w:val="22"/>
          <w:lang w:val="tr-TR"/>
        </w:rPr>
        <w:t>durumda olması.</w:t>
      </w:r>
    </w:p>
    <w:p w14:paraId="159A8D03" w14:textId="652060C3" w:rsidR="00E15547" w:rsidRPr="00772A6E" w:rsidRDefault="00E15547" w:rsidP="00E10DA8">
      <w:pPr>
        <w:rPr>
          <w:sz w:val="10"/>
          <w:szCs w:val="10"/>
          <w:lang w:val="tr-TR"/>
        </w:rPr>
      </w:pPr>
      <w:r w:rsidRPr="00772A6E">
        <w:rPr>
          <w:sz w:val="10"/>
          <w:szCs w:val="10"/>
          <w:lang w:val="tr-TR"/>
        </w:rPr>
        <w:t xml:space="preserve"> </w:t>
      </w:r>
    </w:p>
    <w:p w14:paraId="18BC0EE5" w14:textId="77777777" w:rsidR="00E10DA8" w:rsidRPr="00772A6E" w:rsidRDefault="00E10DA8" w:rsidP="00E10DA8">
      <w:pPr>
        <w:rPr>
          <w:sz w:val="22"/>
          <w:lang w:val="tr-TR"/>
        </w:rPr>
      </w:pPr>
      <w:r w:rsidRPr="00772A6E">
        <w:rPr>
          <w:b/>
          <w:bCs/>
          <w:sz w:val="22"/>
          <w:lang w:val="tr-TR"/>
        </w:rPr>
        <w:t>Yapay Zeka (YZ) Modeli:</w:t>
      </w:r>
      <w:r w:rsidRPr="00772A6E">
        <w:rPr>
          <w:sz w:val="22"/>
          <w:lang w:val="tr-TR"/>
        </w:rPr>
        <w:t xml:space="preserve"> Veri üzerinde eğitilerek belirli problemleri çözmek üzere tasarlanan</w:t>
      </w:r>
    </w:p>
    <w:p w14:paraId="02DE88D8" w14:textId="01942D54" w:rsidR="00D80B4A" w:rsidRPr="00772A6E" w:rsidRDefault="00E10DA8" w:rsidP="00E10DA8">
      <w:pPr>
        <w:rPr>
          <w:sz w:val="22"/>
          <w:lang w:val="tr-TR"/>
        </w:rPr>
      </w:pPr>
      <w:r w:rsidRPr="00772A6E">
        <w:rPr>
          <w:sz w:val="22"/>
          <w:lang w:val="tr-TR"/>
        </w:rPr>
        <w:t>algoritmalar ve matematiksel yapılar.</w:t>
      </w:r>
    </w:p>
    <w:p w14:paraId="1AD3A862" w14:textId="68A8E60C" w:rsidR="00E10DA8" w:rsidRPr="00772A6E" w:rsidRDefault="00E15547" w:rsidP="00E15547">
      <w:pPr>
        <w:tabs>
          <w:tab w:val="left" w:pos="1020"/>
        </w:tabs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ab/>
        <w:t xml:space="preserve"> </w:t>
      </w:r>
    </w:p>
    <w:p w14:paraId="56E0CE0F" w14:textId="4D3E83CC" w:rsidR="00E33025" w:rsidRPr="00772A6E" w:rsidRDefault="00E33025" w:rsidP="009E63BB">
      <w:pPr>
        <w:pStyle w:val="Heading1"/>
        <w:rPr>
          <w:lang w:val="tr-TR"/>
        </w:rPr>
      </w:pPr>
      <w:r w:rsidRPr="00772A6E">
        <w:rPr>
          <w:lang w:val="tr-TR"/>
        </w:rPr>
        <w:t>5. Politika Maddeleri</w:t>
      </w:r>
    </w:p>
    <w:p w14:paraId="7562D8EC" w14:textId="6C28C141" w:rsidR="009E63BB" w:rsidRPr="00772A6E" w:rsidRDefault="009E63BB" w:rsidP="009E63BB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 xml:space="preserve"> </w:t>
      </w:r>
    </w:p>
    <w:p w14:paraId="3E492897" w14:textId="385C1DBA" w:rsidR="00E33025" w:rsidRPr="00772A6E" w:rsidRDefault="00A36F3F" w:rsidP="00E33025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Kurum genelinde bilgi güvenliği aşağıdaki temel kurallar çerçevesinde sağlanır:</w:t>
      </w:r>
    </w:p>
    <w:p w14:paraId="3085913D" w14:textId="728ACDA0" w:rsidR="00A36F3F" w:rsidRPr="00772A6E" w:rsidRDefault="009E63BB" w:rsidP="00E33025">
      <w:pPr>
        <w:rPr>
          <w:sz w:val="14"/>
          <w:szCs w:val="16"/>
          <w:lang w:val="tr-TR"/>
        </w:rPr>
      </w:pPr>
      <w:r w:rsidRPr="00772A6E">
        <w:rPr>
          <w:sz w:val="14"/>
          <w:szCs w:val="16"/>
          <w:lang w:val="tr-TR"/>
        </w:rPr>
        <w:t xml:space="preserve"> </w:t>
      </w:r>
    </w:p>
    <w:p w14:paraId="0ADA9618" w14:textId="77777777" w:rsidR="00E33025" w:rsidRPr="00772A6E" w:rsidRDefault="00E33025" w:rsidP="00E33025">
      <w:pPr>
        <w:pStyle w:val="ListParagraph"/>
        <w:numPr>
          <w:ilvl w:val="0"/>
          <w:numId w:val="20"/>
        </w:numPr>
        <w:rPr>
          <w:sz w:val="22"/>
          <w:szCs w:val="24"/>
          <w:lang w:val="tr-TR"/>
        </w:rPr>
      </w:pPr>
      <w:r w:rsidRPr="00772A6E">
        <w:rPr>
          <w:b/>
          <w:bCs/>
          <w:sz w:val="22"/>
          <w:szCs w:val="24"/>
          <w:lang w:val="tr-TR"/>
        </w:rPr>
        <w:t>Risk Yönetimi:</w:t>
      </w:r>
      <w:r w:rsidRPr="00772A6E">
        <w:rPr>
          <w:sz w:val="22"/>
          <w:szCs w:val="24"/>
          <w:lang w:val="tr-TR"/>
        </w:rPr>
        <w:t xml:space="preserve"> Şirket bilgi varlıklarına yönelik tehditler ve zafiyetler sistematik</w:t>
      </w:r>
    </w:p>
    <w:p w14:paraId="7EBCDF2C" w14:textId="77777777" w:rsidR="00E33025" w:rsidRPr="00772A6E" w:rsidRDefault="00E33025" w:rsidP="00E33025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olarak analiz edilecek, tespit edilen riskler kabul edilebilir seviyelere indirilinceye kadar</w:t>
      </w:r>
    </w:p>
    <w:p w14:paraId="5DEBEFC1" w14:textId="07F10A66" w:rsidR="009E63BB" w:rsidRPr="00772A6E" w:rsidRDefault="00E33025" w:rsidP="00E33025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iyileştirme faaliyetleri yürütülecektir.</w:t>
      </w:r>
    </w:p>
    <w:p w14:paraId="57502BDC" w14:textId="39AF84FE" w:rsidR="007443FA" w:rsidRPr="00772A6E" w:rsidRDefault="007443FA" w:rsidP="00E33025">
      <w:pPr>
        <w:rPr>
          <w:sz w:val="10"/>
          <w:szCs w:val="12"/>
          <w:lang w:val="tr-TR"/>
        </w:rPr>
      </w:pPr>
      <w:r w:rsidRPr="00772A6E">
        <w:rPr>
          <w:sz w:val="10"/>
          <w:szCs w:val="12"/>
          <w:lang w:val="tr-TR"/>
        </w:rPr>
        <w:t xml:space="preserve"> </w:t>
      </w:r>
    </w:p>
    <w:p w14:paraId="2BA809AB" w14:textId="77777777" w:rsidR="00E33025" w:rsidRPr="00772A6E" w:rsidRDefault="00E33025" w:rsidP="00E33025">
      <w:pPr>
        <w:pStyle w:val="ListParagraph"/>
        <w:numPr>
          <w:ilvl w:val="0"/>
          <w:numId w:val="20"/>
        </w:numPr>
        <w:rPr>
          <w:sz w:val="22"/>
          <w:szCs w:val="24"/>
          <w:lang w:val="tr-TR"/>
        </w:rPr>
      </w:pPr>
      <w:r w:rsidRPr="00772A6E">
        <w:rPr>
          <w:b/>
          <w:bCs/>
          <w:sz w:val="22"/>
          <w:szCs w:val="24"/>
          <w:lang w:val="tr-TR"/>
        </w:rPr>
        <w:t>Yasal Düzenlemelere Uyum:</w:t>
      </w:r>
      <w:r w:rsidRPr="00772A6E">
        <w:rPr>
          <w:sz w:val="22"/>
          <w:szCs w:val="24"/>
          <w:lang w:val="tr-TR"/>
        </w:rPr>
        <w:t xml:space="preserve"> Yazılım geliştirme ve veri işleme faaliyetlerinde KVKK ve taraf</w:t>
      </w:r>
    </w:p>
    <w:p w14:paraId="3CEBEBB4" w14:textId="710D6BAF" w:rsidR="009503F9" w:rsidRPr="00772A6E" w:rsidRDefault="00E33025" w:rsidP="00E33025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olunan sözleşmelerin bağlayıcı şartlarına mutlak surette uyulacaktır</w:t>
      </w:r>
      <w:r w:rsidR="009503F9">
        <w:rPr>
          <w:sz w:val="22"/>
          <w:szCs w:val="24"/>
          <w:lang w:val="tr-TR"/>
        </w:rPr>
        <w:t>.</w:t>
      </w:r>
    </w:p>
    <w:p w14:paraId="6594BB75" w14:textId="15E85E29" w:rsidR="007443FA" w:rsidRPr="00772A6E" w:rsidRDefault="007443FA" w:rsidP="00E33025">
      <w:pPr>
        <w:rPr>
          <w:sz w:val="10"/>
          <w:szCs w:val="12"/>
          <w:lang w:val="tr-TR"/>
        </w:rPr>
      </w:pPr>
      <w:r w:rsidRPr="00772A6E">
        <w:rPr>
          <w:sz w:val="10"/>
          <w:szCs w:val="12"/>
          <w:lang w:val="tr-TR"/>
        </w:rPr>
        <w:t xml:space="preserve"> </w:t>
      </w:r>
    </w:p>
    <w:p w14:paraId="449B3EF4" w14:textId="72E105D6" w:rsidR="009E63BB" w:rsidRDefault="00E33025" w:rsidP="00BB670C">
      <w:pPr>
        <w:pStyle w:val="ListParagraph"/>
        <w:numPr>
          <w:ilvl w:val="0"/>
          <w:numId w:val="20"/>
        </w:numPr>
        <w:rPr>
          <w:sz w:val="22"/>
          <w:szCs w:val="24"/>
          <w:lang w:val="tr-TR"/>
        </w:rPr>
      </w:pPr>
      <w:r w:rsidRPr="00772A6E">
        <w:rPr>
          <w:b/>
          <w:bCs/>
          <w:sz w:val="22"/>
          <w:szCs w:val="24"/>
          <w:lang w:val="tr-TR"/>
        </w:rPr>
        <w:lastRenderedPageBreak/>
        <w:t>Fikri Mülkiyetin Korunması:</w:t>
      </w:r>
      <w:r w:rsidRPr="00772A6E">
        <w:rPr>
          <w:sz w:val="22"/>
          <w:szCs w:val="24"/>
          <w:lang w:val="tr-TR"/>
        </w:rPr>
        <w:t xml:space="preserve"> </w:t>
      </w:r>
      <w:r w:rsidR="00BB670C" w:rsidRPr="00772A6E">
        <w:rPr>
          <w:sz w:val="22"/>
          <w:szCs w:val="24"/>
          <w:lang w:val="tr-TR"/>
        </w:rPr>
        <w:t>Kaynak kodlar, algoritmalar ve eğitim veri setleri sınıflandırılacak ve önemli verilerin dışarı sızması engellenecektir.</w:t>
      </w:r>
    </w:p>
    <w:p w14:paraId="4584B386" w14:textId="0EE7F765" w:rsidR="009503F9" w:rsidRPr="009503F9" w:rsidRDefault="009503F9" w:rsidP="009503F9">
      <w:pPr>
        <w:pStyle w:val="ListParagraph"/>
        <w:rPr>
          <w:sz w:val="10"/>
          <w:szCs w:val="12"/>
          <w:lang w:val="tr-TR"/>
        </w:rPr>
      </w:pPr>
      <w:r w:rsidRPr="009503F9">
        <w:rPr>
          <w:b/>
          <w:bCs/>
          <w:sz w:val="10"/>
          <w:szCs w:val="12"/>
          <w:lang w:val="tr-TR"/>
        </w:rPr>
        <w:t xml:space="preserve"> </w:t>
      </w:r>
    </w:p>
    <w:p w14:paraId="4ABEC398" w14:textId="551921BD" w:rsidR="009503F9" w:rsidRPr="009503F9" w:rsidRDefault="009503F9" w:rsidP="00BB670C">
      <w:pPr>
        <w:pStyle w:val="ListParagraph"/>
        <w:numPr>
          <w:ilvl w:val="0"/>
          <w:numId w:val="20"/>
        </w:numPr>
        <w:rPr>
          <w:b/>
          <w:bCs/>
          <w:sz w:val="22"/>
          <w:szCs w:val="24"/>
          <w:lang w:val="tr-TR"/>
        </w:rPr>
      </w:pPr>
      <w:r w:rsidRPr="009503F9">
        <w:rPr>
          <w:b/>
          <w:bCs/>
          <w:sz w:val="22"/>
          <w:szCs w:val="24"/>
          <w:lang w:val="tr-TR"/>
        </w:rPr>
        <w:t>Test Ortamları ve Test Verilerinin Güvenliği:</w:t>
      </w:r>
      <w:r w:rsidRPr="009503F9">
        <w:t xml:space="preserve"> </w:t>
      </w:r>
      <w:proofErr w:type="spellStart"/>
      <w:r w:rsidRPr="009503F9">
        <w:rPr>
          <w:sz w:val="22"/>
          <w:szCs w:val="24"/>
        </w:rPr>
        <w:t>Sistemlerin</w:t>
      </w:r>
      <w:proofErr w:type="spellEnd"/>
      <w:r w:rsidRPr="009503F9">
        <w:rPr>
          <w:sz w:val="22"/>
          <w:szCs w:val="24"/>
        </w:rPr>
        <w:t xml:space="preserve">, </w:t>
      </w:r>
      <w:proofErr w:type="spellStart"/>
      <w:r w:rsidRPr="009503F9">
        <w:rPr>
          <w:sz w:val="22"/>
          <w:szCs w:val="24"/>
        </w:rPr>
        <w:t>yapay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zeka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modellerinin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veya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yeni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özelliklerin</w:t>
      </w:r>
      <w:proofErr w:type="spellEnd"/>
      <w:r w:rsidRPr="009503F9">
        <w:rPr>
          <w:sz w:val="22"/>
          <w:szCs w:val="24"/>
        </w:rPr>
        <w:t xml:space="preserve"> test </w:t>
      </w:r>
      <w:proofErr w:type="spellStart"/>
      <w:r w:rsidRPr="009503F9">
        <w:rPr>
          <w:sz w:val="22"/>
          <w:szCs w:val="24"/>
        </w:rPr>
        <w:t>edilmesi</w:t>
      </w:r>
      <w:proofErr w:type="spellEnd"/>
      <w:r w:rsidRPr="009503F9">
        <w:rPr>
          <w:sz w:val="22"/>
          <w:szCs w:val="24"/>
        </w:rPr>
        <w:t xml:space="preserve"> (development/test) </w:t>
      </w:r>
      <w:proofErr w:type="spellStart"/>
      <w:r w:rsidRPr="009503F9">
        <w:rPr>
          <w:sz w:val="22"/>
          <w:szCs w:val="24"/>
        </w:rPr>
        <w:t>sırasında</w:t>
      </w:r>
      <w:proofErr w:type="spellEnd"/>
      <w:r w:rsidRPr="009503F9">
        <w:rPr>
          <w:sz w:val="22"/>
          <w:szCs w:val="24"/>
        </w:rPr>
        <w:t xml:space="preserve">, </w:t>
      </w:r>
      <w:proofErr w:type="spellStart"/>
      <w:r w:rsidRPr="009503F9">
        <w:rPr>
          <w:sz w:val="22"/>
          <w:szCs w:val="24"/>
        </w:rPr>
        <w:t>canlı</w:t>
      </w:r>
      <w:proofErr w:type="spellEnd"/>
      <w:r w:rsidRPr="009503F9">
        <w:rPr>
          <w:sz w:val="22"/>
          <w:szCs w:val="24"/>
        </w:rPr>
        <w:t xml:space="preserve"> (production) </w:t>
      </w:r>
      <w:proofErr w:type="spellStart"/>
      <w:r w:rsidRPr="009503F9">
        <w:rPr>
          <w:sz w:val="22"/>
          <w:szCs w:val="24"/>
        </w:rPr>
        <w:t>ortamdan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izole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edilmiş</w:t>
      </w:r>
      <w:proofErr w:type="spellEnd"/>
      <w:r w:rsidRPr="009503F9">
        <w:rPr>
          <w:sz w:val="22"/>
          <w:szCs w:val="24"/>
        </w:rPr>
        <w:t xml:space="preserve"> test </w:t>
      </w:r>
      <w:proofErr w:type="spellStart"/>
      <w:r w:rsidRPr="009503F9">
        <w:rPr>
          <w:sz w:val="22"/>
          <w:szCs w:val="24"/>
        </w:rPr>
        <w:t>ortamları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kullanılır</w:t>
      </w:r>
      <w:proofErr w:type="spellEnd"/>
      <w:r w:rsidRPr="009503F9">
        <w:rPr>
          <w:sz w:val="22"/>
          <w:szCs w:val="24"/>
        </w:rPr>
        <w:t xml:space="preserve">. </w:t>
      </w:r>
      <w:proofErr w:type="spellStart"/>
      <w:r w:rsidRPr="009503F9">
        <w:rPr>
          <w:sz w:val="22"/>
          <w:szCs w:val="24"/>
        </w:rPr>
        <w:t>Müşterilere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ait</w:t>
      </w:r>
      <w:proofErr w:type="spellEnd"/>
      <w:r w:rsidRPr="009503F9">
        <w:rPr>
          <w:sz w:val="22"/>
          <w:szCs w:val="24"/>
        </w:rPr>
        <w:t xml:space="preserve"> '</w:t>
      </w:r>
      <w:proofErr w:type="spellStart"/>
      <w:r w:rsidRPr="009503F9">
        <w:rPr>
          <w:sz w:val="22"/>
          <w:szCs w:val="24"/>
        </w:rPr>
        <w:t>Gizli</w:t>
      </w:r>
      <w:proofErr w:type="spellEnd"/>
      <w:r w:rsidRPr="009503F9">
        <w:rPr>
          <w:sz w:val="22"/>
          <w:szCs w:val="24"/>
        </w:rPr>
        <w:t xml:space="preserve">' </w:t>
      </w:r>
      <w:proofErr w:type="spellStart"/>
      <w:r w:rsidRPr="009503F9">
        <w:rPr>
          <w:sz w:val="22"/>
          <w:szCs w:val="24"/>
        </w:rPr>
        <w:t>veya</w:t>
      </w:r>
      <w:proofErr w:type="spellEnd"/>
      <w:r w:rsidRPr="009503F9">
        <w:rPr>
          <w:sz w:val="22"/>
          <w:szCs w:val="24"/>
        </w:rPr>
        <w:t xml:space="preserve"> KVKK </w:t>
      </w:r>
      <w:proofErr w:type="spellStart"/>
      <w:r w:rsidRPr="009503F9">
        <w:rPr>
          <w:sz w:val="22"/>
          <w:szCs w:val="24"/>
        </w:rPr>
        <w:t>kapsamındaki</w:t>
      </w:r>
      <w:proofErr w:type="spellEnd"/>
      <w:r w:rsidRPr="009503F9">
        <w:rPr>
          <w:sz w:val="22"/>
          <w:szCs w:val="24"/>
        </w:rPr>
        <w:t xml:space="preserve"> '</w:t>
      </w:r>
      <w:proofErr w:type="spellStart"/>
      <w:r w:rsidRPr="009503F9">
        <w:rPr>
          <w:sz w:val="22"/>
          <w:szCs w:val="24"/>
        </w:rPr>
        <w:t>Kişisel</w:t>
      </w:r>
      <w:proofErr w:type="spellEnd"/>
      <w:r w:rsidRPr="009503F9">
        <w:rPr>
          <w:sz w:val="22"/>
          <w:szCs w:val="24"/>
        </w:rPr>
        <w:t xml:space="preserve">' </w:t>
      </w:r>
      <w:proofErr w:type="spellStart"/>
      <w:r w:rsidRPr="009503F9">
        <w:rPr>
          <w:sz w:val="22"/>
          <w:szCs w:val="24"/>
        </w:rPr>
        <w:t>veriler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hiçbir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koşulda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doğrudan</w:t>
      </w:r>
      <w:proofErr w:type="spellEnd"/>
      <w:r w:rsidRPr="009503F9">
        <w:rPr>
          <w:sz w:val="22"/>
          <w:szCs w:val="24"/>
        </w:rPr>
        <w:t xml:space="preserve"> test </w:t>
      </w:r>
      <w:proofErr w:type="spellStart"/>
      <w:r w:rsidRPr="009503F9">
        <w:rPr>
          <w:sz w:val="22"/>
          <w:szCs w:val="24"/>
        </w:rPr>
        <w:t>verisi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olarak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kullanılamaz</w:t>
      </w:r>
      <w:proofErr w:type="spellEnd"/>
      <w:r w:rsidRPr="009503F9">
        <w:rPr>
          <w:sz w:val="22"/>
          <w:szCs w:val="24"/>
        </w:rPr>
        <w:t xml:space="preserve">; test </w:t>
      </w:r>
      <w:proofErr w:type="spellStart"/>
      <w:r w:rsidRPr="009503F9">
        <w:rPr>
          <w:sz w:val="22"/>
          <w:szCs w:val="24"/>
        </w:rPr>
        <w:t>amacıyla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veri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kullanılması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zorunluysa</w:t>
      </w:r>
      <w:proofErr w:type="spellEnd"/>
      <w:r w:rsidRPr="009503F9">
        <w:rPr>
          <w:sz w:val="22"/>
          <w:szCs w:val="24"/>
        </w:rPr>
        <w:t xml:space="preserve">, </w:t>
      </w:r>
      <w:proofErr w:type="spellStart"/>
      <w:r w:rsidRPr="009503F9">
        <w:rPr>
          <w:sz w:val="22"/>
          <w:szCs w:val="24"/>
        </w:rPr>
        <w:t>söz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konusu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veriler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anonimleştirilmeli</w:t>
      </w:r>
      <w:proofErr w:type="spellEnd"/>
      <w:r w:rsidRPr="009503F9">
        <w:rPr>
          <w:sz w:val="22"/>
          <w:szCs w:val="24"/>
        </w:rPr>
        <w:t xml:space="preserve"> (</w:t>
      </w:r>
      <w:proofErr w:type="spellStart"/>
      <w:r w:rsidRPr="009503F9">
        <w:rPr>
          <w:sz w:val="22"/>
          <w:szCs w:val="24"/>
        </w:rPr>
        <w:t>maskelenmeli</w:t>
      </w:r>
      <w:proofErr w:type="spellEnd"/>
      <w:r w:rsidRPr="009503F9">
        <w:rPr>
          <w:sz w:val="22"/>
          <w:szCs w:val="24"/>
        </w:rPr>
        <w:t xml:space="preserve">) </w:t>
      </w:r>
      <w:proofErr w:type="spellStart"/>
      <w:r w:rsidRPr="009503F9">
        <w:rPr>
          <w:sz w:val="22"/>
          <w:szCs w:val="24"/>
        </w:rPr>
        <w:t>veya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sentetik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veriler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tercih</w:t>
      </w:r>
      <w:proofErr w:type="spellEnd"/>
      <w:r w:rsidRPr="009503F9">
        <w:rPr>
          <w:sz w:val="22"/>
          <w:szCs w:val="24"/>
        </w:rPr>
        <w:t xml:space="preserve"> </w:t>
      </w:r>
      <w:proofErr w:type="spellStart"/>
      <w:r w:rsidRPr="009503F9">
        <w:rPr>
          <w:sz w:val="22"/>
          <w:szCs w:val="24"/>
        </w:rPr>
        <w:t>edilmelidir</w:t>
      </w:r>
      <w:proofErr w:type="spellEnd"/>
      <w:r w:rsidRPr="009503F9">
        <w:rPr>
          <w:sz w:val="22"/>
          <w:szCs w:val="24"/>
        </w:rPr>
        <w:t>.</w:t>
      </w:r>
    </w:p>
    <w:p w14:paraId="201410A4" w14:textId="7593A455" w:rsidR="00E15547" w:rsidRPr="009503F9" w:rsidRDefault="009503F9" w:rsidP="00E15547">
      <w:pPr>
        <w:pStyle w:val="ListParagraph"/>
        <w:rPr>
          <w:sz w:val="10"/>
          <w:szCs w:val="12"/>
          <w:lang w:val="tr-TR"/>
        </w:rPr>
      </w:pPr>
      <w:r w:rsidRPr="009503F9">
        <w:rPr>
          <w:sz w:val="10"/>
          <w:szCs w:val="12"/>
          <w:lang w:val="tr-TR"/>
        </w:rPr>
        <w:t xml:space="preserve"> </w:t>
      </w:r>
    </w:p>
    <w:p w14:paraId="59ABD085" w14:textId="6CDB9AA9" w:rsidR="00A36F3F" w:rsidRPr="00772A6E" w:rsidRDefault="00E33025" w:rsidP="00BB670C">
      <w:pPr>
        <w:pStyle w:val="ListParagraph"/>
        <w:numPr>
          <w:ilvl w:val="0"/>
          <w:numId w:val="20"/>
        </w:numPr>
        <w:rPr>
          <w:sz w:val="22"/>
          <w:szCs w:val="24"/>
          <w:lang w:val="tr-TR"/>
        </w:rPr>
      </w:pPr>
      <w:r w:rsidRPr="00772A6E">
        <w:rPr>
          <w:b/>
          <w:bCs/>
          <w:sz w:val="22"/>
          <w:szCs w:val="24"/>
          <w:lang w:val="tr-TR"/>
        </w:rPr>
        <w:t>Sürekli İyileştirme:</w:t>
      </w:r>
      <w:r w:rsidRPr="00772A6E">
        <w:rPr>
          <w:sz w:val="22"/>
          <w:szCs w:val="24"/>
          <w:lang w:val="tr-TR"/>
        </w:rPr>
        <w:t xml:space="preserve"> Bilgi güvenliği hedefleri </w:t>
      </w:r>
      <w:r w:rsidR="00BB670C" w:rsidRPr="00772A6E">
        <w:rPr>
          <w:sz w:val="22"/>
          <w:szCs w:val="24"/>
          <w:lang w:val="tr-TR"/>
        </w:rPr>
        <w:t>yılda en az bir kez veya önemli altyapı değişikliklerinde gözden geçirilecek ve güncellenecektir.</w:t>
      </w:r>
    </w:p>
    <w:p w14:paraId="1EFB1E46" w14:textId="3F4A947A" w:rsidR="007443FA" w:rsidRPr="00772A6E" w:rsidRDefault="007443FA" w:rsidP="007443FA">
      <w:pPr>
        <w:pStyle w:val="ListParagraph"/>
        <w:rPr>
          <w:sz w:val="10"/>
          <w:szCs w:val="12"/>
          <w:lang w:val="tr-TR"/>
        </w:rPr>
      </w:pPr>
      <w:r w:rsidRPr="00772A6E">
        <w:rPr>
          <w:b/>
          <w:bCs/>
          <w:sz w:val="10"/>
          <w:szCs w:val="12"/>
          <w:lang w:val="tr-TR"/>
        </w:rPr>
        <w:t xml:space="preserve"> </w:t>
      </w:r>
    </w:p>
    <w:p w14:paraId="0E431EED" w14:textId="77777777" w:rsidR="00E15547" w:rsidRPr="00772A6E" w:rsidRDefault="00E33025" w:rsidP="00E33025">
      <w:pPr>
        <w:pStyle w:val="ListParagraph"/>
        <w:numPr>
          <w:ilvl w:val="0"/>
          <w:numId w:val="20"/>
        </w:numPr>
        <w:rPr>
          <w:sz w:val="22"/>
          <w:szCs w:val="24"/>
          <w:lang w:val="tr-TR"/>
        </w:rPr>
      </w:pPr>
      <w:r w:rsidRPr="00772A6E">
        <w:rPr>
          <w:b/>
          <w:bCs/>
          <w:sz w:val="22"/>
          <w:szCs w:val="24"/>
          <w:lang w:val="tr-TR"/>
        </w:rPr>
        <w:t>Farkındalık ve Yetkinlik:</w:t>
      </w:r>
      <w:r w:rsidRPr="00772A6E">
        <w:rPr>
          <w:sz w:val="22"/>
          <w:szCs w:val="24"/>
          <w:lang w:val="tr-TR"/>
        </w:rPr>
        <w:t xml:space="preserve"> Mevcut ve yeni katılacak tüm çalışanlar, güvenli yazılım geliştirme,</w:t>
      </w:r>
      <w:r w:rsidR="00E15547" w:rsidRPr="00772A6E">
        <w:rPr>
          <w:sz w:val="22"/>
          <w:szCs w:val="24"/>
          <w:lang w:val="tr-TR"/>
        </w:rPr>
        <w:t xml:space="preserve"> </w:t>
      </w:r>
      <w:r w:rsidRPr="00772A6E">
        <w:rPr>
          <w:sz w:val="22"/>
          <w:szCs w:val="24"/>
          <w:lang w:val="tr-TR"/>
        </w:rPr>
        <w:t>sosyal mühendislik ve veri gizliliği konularında düzenli olarak bilinçlendirilecektir.</w:t>
      </w:r>
    </w:p>
    <w:p w14:paraId="40062717" w14:textId="0A233A19" w:rsidR="00E15547" w:rsidRPr="00772A6E" w:rsidRDefault="00E15547" w:rsidP="00E15547">
      <w:pPr>
        <w:pStyle w:val="ListParagraph"/>
        <w:rPr>
          <w:b/>
          <w:bCs/>
          <w:sz w:val="10"/>
          <w:szCs w:val="12"/>
          <w:lang w:val="tr-TR"/>
        </w:rPr>
      </w:pPr>
      <w:r w:rsidRPr="00772A6E">
        <w:rPr>
          <w:b/>
          <w:bCs/>
          <w:sz w:val="10"/>
          <w:szCs w:val="12"/>
          <w:lang w:val="tr-TR"/>
        </w:rPr>
        <w:t xml:space="preserve">  </w:t>
      </w:r>
    </w:p>
    <w:p w14:paraId="126020DF" w14:textId="39DC52E8" w:rsidR="00772A6E" w:rsidRDefault="00E15547" w:rsidP="00772A6E">
      <w:pPr>
        <w:pStyle w:val="ListParagraph"/>
        <w:numPr>
          <w:ilvl w:val="0"/>
          <w:numId w:val="20"/>
        </w:numPr>
        <w:rPr>
          <w:sz w:val="22"/>
          <w:szCs w:val="24"/>
          <w:lang w:val="tr-TR"/>
        </w:rPr>
      </w:pPr>
      <w:r w:rsidRPr="00772A6E">
        <w:rPr>
          <w:b/>
          <w:bCs/>
          <w:sz w:val="22"/>
          <w:szCs w:val="24"/>
          <w:lang w:val="tr-TR"/>
        </w:rPr>
        <w:t>BİT Tedarikçi Güvenliği:</w:t>
      </w:r>
      <w:r w:rsidRPr="00772A6E">
        <w:rPr>
          <w:sz w:val="22"/>
          <w:szCs w:val="24"/>
          <w:lang w:val="tr-TR"/>
        </w:rPr>
        <w:t xml:space="preserve"> Şirket altyapısında kullanılacak yeni bulut hizmetleri, yazılımlar veya yapay zeka araçları seçilirken; hizmet sağlayıcının uluslararası bilgi güvenliği standartlarına (ISO 27001 vb.) sahip olması şartı aranır. Kullanılmakta olan mevcut BİT tedarikçilerinin (Azure, GitHub vb.) performansları ve güvenlik bildirimleri düzenli olarak izlenir.</w:t>
      </w:r>
    </w:p>
    <w:p w14:paraId="4CFA6042" w14:textId="48DBA296" w:rsidR="00F276A4" w:rsidRPr="00F276A4" w:rsidRDefault="00F276A4" w:rsidP="00F276A4">
      <w:pPr>
        <w:rPr>
          <w:sz w:val="10"/>
          <w:szCs w:val="12"/>
          <w:lang w:val="tr-TR"/>
        </w:rPr>
      </w:pPr>
      <w:r w:rsidRPr="00F276A4">
        <w:rPr>
          <w:sz w:val="10"/>
          <w:szCs w:val="12"/>
          <w:lang w:val="tr-TR"/>
        </w:rPr>
        <w:t xml:space="preserve"> </w:t>
      </w:r>
    </w:p>
    <w:p w14:paraId="168BF5C4" w14:textId="1C191FEF" w:rsidR="00772A6E" w:rsidRPr="00772A6E" w:rsidRDefault="00772A6E" w:rsidP="00D91388">
      <w:pPr>
        <w:pStyle w:val="ListParagraph"/>
        <w:numPr>
          <w:ilvl w:val="0"/>
          <w:numId w:val="20"/>
        </w:numPr>
        <w:rPr>
          <w:sz w:val="22"/>
          <w:szCs w:val="24"/>
          <w:lang w:val="tr-TR"/>
        </w:rPr>
      </w:pPr>
      <w:r w:rsidRPr="00772A6E">
        <w:rPr>
          <w:b/>
          <w:bCs/>
          <w:sz w:val="22"/>
          <w:szCs w:val="24"/>
          <w:lang w:val="tr-TR"/>
        </w:rPr>
        <w:t>Ağ Güvenliği:</w:t>
      </w:r>
      <w:r w:rsidRPr="00772A6E">
        <w:rPr>
          <w:sz w:val="22"/>
          <w:szCs w:val="24"/>
          <w:lang w:val="tr-TR"/>
        </w:rPr>
        <w:t xml:space="preserve"> Şirketin sistemlerinde, uygulamalarında ve ofis altyapısında bulunan bilgileri korumak amacıyla; ağ erişimleri izole edilir, ağ trafiği şifrelenir ve dışarıdan gelebilecek siber tehditlere karşı ağ cihazları (modem, güvenlik duvarı, bulut ağ erişim kuralları) düzenli olarak kontrol edilip yönetilir.</w:t>
      </w:r>
    </w:p>
    <w:p w14:paraId="674A593E" w14:textId="77777777" w:rsidR="00E15547" w:rsidRPr="00772A6E" w:rsidRDefault="00E15547" w:rsidP="00E33025">
      <w:pPr>
        <w:rPr>
          <w:sz w:val="22"/>
          <w:szCs w:val="24"/>
          <w:lang w:val="tr-TR"/>
        </w:rPr>
      </w:pPr>
    </w:p>
    <w:p w14:paraId="1021DD38" w14:textId="77777777" w:rsidR="009E63BB" w:rsidRPr="00772A6E" w:rsidRDefault="009E63BB" w:rsidP="00E33025">
      <w:pPr>
        <w:rPr>
          <w:sz w:val="14"/>
          <w:szCs w:val="16"/>
          <w:lang w:val="tr-TR"/>
        </w:rPr>
      </w:pPr>
    </w:p>
    <w:p w14:paraId="2FD4B0F9" w14:textId="600A4A5F" w:rsidR="00E10DA8" w:rsidRPr="00772A6E" w:rsidRDefault="00E33025" w:rsidP="00E10DA8">
      <w:pPr>
        <w:pStyle w:val="Heading1"/>
        <w:rPr>
          <w:lang w:val="tr-TR"/>
        </w:rPr>
      </w:pPr>
      <w:r w:rsidRPr="00772A6E">
        <w:rPr>
          <w:lang w:val="tr-TR"/>
        </w:rPr>
        <w:t>6</w:t>
      </w:r>
      <w:r w:rsidR="00E10DA8" w:rsidRPr="00772A6E">
        <w:rPr>
          <w:lang w:val="tr-TR"/>
        </w:rPr>
        <w:t>.Roller ve Sorumluluklar</w:t>
      </w:r>
    </w:p>
    <w:p w14:paraId="5E33C9E3" w14:textId="7E306443" w:rsidR="00D46CF7" w:rsidRPr="00772A6E" w:rsidRDefault="009E63BB" w:rsidP="003A7807">
      <w:pPr>
        <w:rPr>
          <w:sz w:val="22"/>
          <w:lang w:val="tr-TR"/>
        </w:rPr>
      </w:pPr>
      <w:r w:rsidRPr="00772A6E">
        <w:rPr>
          <w:sz w:val="14"/>
          <w:szCs w:val="14"/>
          <w:lang w:val="tr-TR"/>
        </w:rPr>
        <w:t xml:space="preserve"> </w:t>
      </w:r>
    </w:p>
    <w:p w14:paraId="6DD5D23A" w14:textId="3AEDE6AA" w:rsidR="00BB670C" w:rsidRPr="00772A6E" w:rsidRDefault="00BB670C" w:rsidP="003A7807">
      <w:pPr>
        <w:rPr>
          <w:sz w:val="22"/>
          <w:lang w:val="tr-TR"/>
        </w:rPr>
      </w:pPr>
      <w:bookmarkStart w:id="0" w:name="_Hlk237944185"/>
      <w:r w:rsidRPr="00772A6E">
        <w:rPr>
          <w:sz w:val="22"/>
          <w:lang w:val="tr-TR"/>
        </w:rPr>
        <w:t xml:space="preserve">Şirketimizin çevik yapısı gereği, standart organizasyonlardaki keskin rol ayrımları yerine sistem ve süreç tabanlı güvenlik kontrolleri uygulanır. </w:t>
      </w:r>
      <w:r w:rsidR="002A4E97">
        <w:rPr>
          <w:sz w:val="22"/>
          <w:lang w:val="tr-TR"/>
        </w:rPr>
        <w:t>Üst Yönetim</w:t>
      </w:r>
      <w:r w:rsidRPr="00772A6E">
        <w:rPr>
          <w:sz w:val="22"/>
          <w:lang w:val="tr-TR"/>
        </w:rPr>
        <w:t xml:space="preserve"> ve Bilgi Güvenliği Sorumlusu (BGS) rolleri kurucu ortaklar tarafından üstlenilebilir: </w:t>
      </w:r>
    </w:p>
    <w:bookmarkEnd w:id="0"/>
    <w:p w14:paraId="2793EF80" w14:textId="4392B27A" w:rsidR="00BB670C" w:rsidRPr="00772A6E" w:rsidRDefault="00BB670C" w:rsidP="003A7807">
      <w:pPr>
        <w:rPr>
          <w:sz w:val="14"/>
          <w:szCs w:val="16"/>
          <w:lang w:val="tr-TR"/>
        </w:rPr>
      </w:pPr>
      <w:r w:rsidRPr="00772A6E">
        <w:rPr>
          <w:sz w:val="14"/>
          <w:szCs w:val="14"/>
          <w:lang w:val="tr-TR"/>
        </w:rPr>
        <w:t xml:space="preserve"> </w:t>
      </w:r>
    </w:p>
    <w:p w14:paraId="1CB5C1AA" w14:textId="73C227C4" w:rsidR="00D622E5" w:rsidRPr="00772A6E" w:rsidRDefault="00E33025" w:rsidP="00BB670C">
      <w:pPr>
        <w:pStyle w:val="Heading2"/>
        <w:rPr>
          <w:lang w:val="tr-TR"/>
        </w:rPr>
      </w:pPr>
      <w:r w:rsidRPr="00772A6E">
        <w:rPr>
          <w:lang w:val="tr-TR"/>
        </w:rPr>
        <w:t>6</w:t>
      </w:r>
      <w:r w:rsidR="00D622E5" w:rsidRPr="00772A6E">
        <w:rPr>
          <w:lang w:val="tr-TR"/>
        </w:rPr>
        <w:t xml:space="preserve">.1. </w:t>
      </w:r>
      <w:r w:rsidR="002A4E97">
        <w:rPr>
          <w:lang w:val="tr-TR"/>
        </w:rPr>
        <w:t>Üst Yönetim</w:t>
      </w:r>
      <w:r w:rsidR="00D622E5" w:rsidRPr="00772A6E">
        <w:rPr>
          <w:lang w:val="tr-TR"/>
        </w:rPr>
        <w:t>:</w:t>
      </w:r>
    </w:p>
    <w:p w14:paraId="1E7966A8" w14:textId="77777777" w:rsidR="00D622E5" w:rsidRPr="00772A6E" w:rsidRDefault="00D622E5" w:rsidP="00D622E5">
      <w:pPr>
        <w:pStyle w:val="ListParagraph"/>
        <w:numPr>
          <w:ilvl w:val="0"/>
          <w:numId w:val="17"/>
        </w:numPr>
        <w:rPr>
          <w:sz w:val="22"/>
          <w:lang w:val="tr-TR"/>
        </w:rPr>
      </w:pPr>
      <w:r w:rsidRPr="00772A6E">
        <w:rPr>
          <w:sz w:val="22"/>
          <w:lang w:val="tr-TR"/>
        </w:rPr>
        <w:t>BGYS'nin kurulması, işletilmesi ve sürekli iyileştirilmesi için liderlik etmek ve gerekli kaynakları</w:t>
      </w:r>
    </w:p>
    <w:p w14:paraId="3263F04E" w14:textId="77777777" w:rsidR="00D622E5" w:rsidRPr="00772A6E" w:rsidRDefault="00D622E5" w:rsidP="00D622E5">
      <w:pPr>
        <w:rPr>
          <w:sz w:val="22"/>
          <w:lang w:val="tr-TR"/>
        </w:rPr>
      </w:pPr>
      <w:r w:rsidRPr="00772A6E">
        <w:rPr>
          <w:sz w:val="22"/>
          <w:lang w:val="tr-TR"/>
        </w:rPr>
        <w:t>sağlamak.</w:t>
      </w:r>
    </w:p>
    <w:p w14:paraId="3F06BFCC" w14:textId="77777777" w:rsidR="00D622E5" w:rsidRPr="00772A6E" w:rsidRDefault="00D622E5" w:rsidP="00D622E5">
      <w:pPr>
        <w:pStyle w:val="ListParagraph"/>
        <w:numPr>
          <w:ilvl w:val="0"/>
          <w:numId w:val="17"/>
        </w:numPr>
        <w:rPr>
          <w:sz w:val="22"/>
          <w:lang w:val="tr-TR"/>
        </w:rPr>
      </w:pPr>
      <w:r w:rsidRPr="00772A6E">
        <w:rPr>
          <w:sz w:val="22"/>
          <w:lang w:val="tr-TR"/>
        </w:rPr>
        <w:t>Bilgi güvenliği politikasını onaylamak ve kurum içinde yayınlamak.</w:t>
      </w:r>
    </w:p>
    <w:p w14:paraId="058825B3" w14:textId="7501EB98" w:rsidR="00D622E5" w:rsidRPr="00772A6E" w:rsidRDefault="00D622E5" w:rsidP="00D622E5">
      <w:pPr>
        <w:pStyle w:val="ListParagraph"/>
        <w:numPr>
          <w:ilvl w:val="0"/>
          <w:numId w:val="17"/>
        </w:numPr>
        <w:rPr>
          <w:sz w:val="22"/>
          <w:lang w:val="tr-TR"/>
        </w:rPr>
      </w:pPr>
      <w:r w:rsidRPr="00772A6E">
        <w:rPr>
          <w:sz w:val="22"/>
          <w:lang w:val="tr-TR"/>
        </w:rPr>
        <w:t>Bilgi güvenliği hedeflerini belirlemek ve kabul edilebilir risk s</w:t>
      </w:r>
      <w:bookmarkStart w:id="1" w:name="_GoBack"/>
      <w:bookmarkEnd w:id="1"/>
      <w:r w:rsidRPr="00772A6E">
        <w:rPr>
          <w:sz w:val="22"/>
          <w:lang w:val="tr-TR"/>
        </w:rPr>
        <w:t>eviyesini onaylamak.</w:t>
      </w:r>
    </w:p>
    <w:p w14:paraId="0F965ED0" w14:textId="3CCBD816" w:rsidR="00BB670C" w:rsidRPr="00772A6E" w:rsidRDefault="00BB670C" w:rsidP="00BB670C">
      <w:pPr>
        <w:rPr>
          <w:sz w:val="14"/>
          <w:szCs w:val="14"/>
          <w:lang w:val="tr-TR"/>
        </w:rPr>
      </w:pPr>
      <w:r w:rsidRPr="00772A6E">
        <w:rPr>
          <w:sz w:val="14"/>
          <w:szCs w:val="14"/>
          <w:lang w:val="tr-TR"/>
        </w:rPr>
        <w:t xml:space="preserve"> </w:t>
      </w:r>
    </w:p>
    <w:p w14:paraId="6ECAA9E5" w14:textId="2053D98F" w:rsidR="00D46CF7" w:rsidRPr="00772A6E" w:rsidRDefault="00E33025" w:rsidP="00D46CF7">
      <w:pPr>
        <w:pStyle w:val="Heading2"/>
        <w:rPr>
          <w:lang w:val="tr-TR"/>
        </w:rPr>
      </w:pPr>
      <w:r w:rsidRPr="00772A6E">
        <w:rPr>
          <w:lang w:val="tr-TR"/>
        </w:rPr>
        <w:t>6</w:t>
      </w:r>
      <w:r w:rsidR="00D46CF7" w:rsidRPr="00772A6E">
        <w:rPr>
          <w:lang w:val="tr-TR"/>
        </w:rPr>
        <w:t>.2. Bilgi Güvenl</w:t>
      </w:r>
      <w:r w:rsidRPr="00772A6E">
        <w:rPr>
          <w:lang w:val="tr-TR"/>
        </w:rPr>
        <w:t>iği</w:t>
      </w:r>
      <w:r w:rsidR="00D46CF7" w:rsidRPr="00772A6E">
        <w:rPr>
          <w:lang w:val="tr-TR"/>
        </w:rPr>
        <w:t xml:space="preserve"> </w:t>
      </w:r>
      <w:r w:rsidRPr="00772A6E">
        <w:rPr>
          <w:lang w:val="tr-TR"/>
        </w:rPr>
        <w:t>S</w:t>
      </w:r>
      <w:r w:rsidR="00D46CF7" w:rsidRPr="00772A6E">
        <w:rPr>
          <w:lang w:val="tr-TR"/>
        </w:rPr>
        <w:t>oruml</w:t>
      </w:r>
      <w:r w:rsidRPr="00772A6E">
        <w:rPr>
          <w:lang w:val="tr-TR"/>
        </w:rPr>
        <w:t>u</w:t>
      </w:r>
      <w:r w:rsidR="00D46CF7" w:rsidRPr="00772A6E">
        <w:rPr>
          <w:lang w:val="tr-TR"/>
        </w:rPr>
        <w:t xml:space="preserve">su: </w:t>
      </w:r>
    </w:p>
    <w:p w14:paraId="4BB258DD" w14:textId="77777777" w:rsidR="00D46CF7" w:rsidRPr="00772A6E" w:rsidRDefault="00D46CF7" w:rsidP="0053429D">
      <w:pPr>
        <w:pStyle w:val="ListParagraph"/>
        <w:numPr>
          <w:ilvl w:val="0"/>
          <w:numId w:val="18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BGYS dokümantasyonunu (politikalar, prosedürler) oluşturmak, güncellemek ve yönetmek.</w:t>
      </w:r>
    </w:p>
    <w:p w14:paraId="1407FF0A" w14:textId="77777777" w:rsidR="00D46CF7" w:rsidRPr="00772A6E" w:rsidRDefault="00D46CF7" w:rsidP="0053429D">
      <w:pPr>
        <w:pStyle w:val="ListParagraph"/>
        <w:numPr>
          <w:ilvl w:val="0"/>
          <w:numId w:val="18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Sistem erişim yetkilerini (Microsoft 365, Azure, GitHub) düzenlemek ve periyodik olarak gözden</w:t>
      </w:r>
    </w:p>
    <w:p w14:paraId="11CFD390" w14:textId="77777777" w:rsidR="00D46CF7" w:rsidRPr="00772A6E" w:rsidRDefault="00D46CF7" w:rsidP="00D46CF7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geçirmek.</w:t>
      </w:r>
    </w:p>
    <w:p w14:paraId="6CF4063D" w14:textId="77777777" w:rsidR="00D46CF7" w:rsidRPr="00772A6E" w:rsidRDefault="00D46CF7" w:rsidP="0053429D">
      <w:pPr>
        <w:pStyle w:val="ListParagraph"/>
        <w:numPr>
          <w:ilvl w:val="0"/>
          <w:numId w:val="19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Risk yönetimi faaliyetlerini koordine etmek ve olası siber güvenlik olaylarına müdahale</w:t>
      </w:r>
    </w:p>
    <w:p w14:paraId="420B8D75" w14:textId="68A04493" w:rsidR="00D46CF7" w:rsidRPr="00772A6E" w:rsidRDefault="00D46CF7" w:rsidP="00D46CF7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süreçlerini yönetmek.</w:t>
      </w:r>
    </w:p>
    <w:p w14:paraId="3A0F4EE7" w14:textId="1A4DACEE" w:rsidR="00BB670C" w:rsidRPr="00772A6E" w:rsidRDefault="00BB670C" w:rsidP="00D46CF7">
      <w:pPr>
        <w:rPr>
          <w:sz w:val="14"/>
          <w:szCs w:val="16"/>
          <w:lang w:val="tr-TR"/>
        </w:rPr>
      </w:pPr>
      <w:r w:rsidRPr="00772A6E">
        <w:rPr>
          <w:sz w:val="14"/>
          <w:szCs w:val="16"/>
          <w:lang w:val="tr-TR"/>
        </w:rPr>
        <w:t xml:space="preserve">  </w:t>
      </w:r>
    </w:p>
    <w:p w14:paraId="2EE1C927" w14:textId="1F4B3239" w:rsidR="0053429D" w:rsidRPr="00772A6E" w:rsidRDefault="00E33025" w:rsidP="0053429D">
      <w:pPr>
        <w:pStyle w:val="Heading2"/>
        <w:rPr>
          <w:lang w:val="tr-TR"/>
        </w:rPr>
      </w:pPr>
      <w:r w:rsidRPr="00772A6E">
        <w:rPr>
          <w:lang w:val="tr-TR"/>
        </w:rPr>
        <w:t>6</w:t>
      </w:r>
      <w:r w:rsidR="0053429D" w:rsidRPr="00772A6E">
        <w:rPr>
          <w:lang w:val="tr-TR"/>
        </w:rPr>
        <w:t>.3. Tüm Çalışanlar</w:t>
      </w:r>
    </w:p>
    <w:p w14:paraId="6ADCFD02" w14:textId="77777777" w:rsidR="0053429D" w:rsidRPr="00772A6E" w:rsidRDefault="0053429D" w:rsidP="0053429D">
      <w:pPr>
        <w:pStyle w:val="ListParagraph"/>
        <w:numPr>
          <w:ilvl w:val="0"/>
          <w:numId w:val="19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İşlerini yürütürken bilgi güvenliği politika ve prosedürlerine uygun hareket etmek.</w:t>
      </w:r>
    </w:p>
    <w:p w14:paraId="3AE33029" w14:textId="77777777" w:rsidR="0053429D" w:rsidRPr="00772A6E" w:rsidRDefault="0053429D" w:rsidP="0053429D">
      <w:pPr>
        <w:pStyle w:val="ListParagraph"/>
        <w:numPr>
          <w:ilvl w:val="0"/>
          <w:numId w:val="19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Müşteri veri setlerini ve şirket kaynak kodlarını yetkisiz ortamlara taşımamak.</w:t>
      </w:r>
    </w:p>
    <w:p w14:paraId="055C5DA3" w14:textId="1E8DB116" w:rsidR="00105F4B" w:rsidRPr="00772A6E" w:rsidRDefault="0053429D" w:rsidP="00105F4B">
      <w:pPr>
        <w:pStyle w:val="ListParagraph"/>
        <w:numPr>
          <w:ilvl w:val="0"/>
          <w:numId w:val="19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Güvenlik zafiyetlerini veya şüpheli olayları derhal BGS'ye bildirmek.</w:t>
      </w:r>
    </w:p>
    <w:p w14:paraId="6C3AD4A0" w14:textId="235200D1" w:rsidR="00E33025" w:rsidRPr="00772A6E" w:rsidRDefault="00BB670C" w:rsidP="00105F4B">
      <w:pPr>
        <w:pStyle w:val="Heading1"/>
        <w:rPr>
          <w:sz w:val="22"/>
          <w:szCs w:val="22"/>
          <w:lang w:val="tr-TR"/>
        </w:rPr>
      </w:pPr>
      <w:r w:rsidRPr="00772A6E">
        <w:rPr>
          <w:sz w:val="22"/>
          <w:szCs w:val="22"/>
          <w:lang w:val="tr-TR"/>
        </w:rPr>
        <w:t xml:space="preserve"> </w:t>
      </w:r>
      <w:r w:rsidR="00E15547" w:rsidRPr="00772A6E">
        <w:rPr>
          <w:sz w:val="22"/>
          <w:szCs w:val="22"/>
          <w:lang w:val="tr-TR"/>
        </w:rPr>
        <w:t xml:space="preserve"> </w:t>
      </w:r>
    </w:p>
    <w:p w14:paraId="629B8E76" w14:textId="7F4BEEE0" w:rsidR="00105F4B" w:rsidRPr="00772A6E" w:rsidRDefault="00105F4B" w:rsidP="00105F4B">
      <w:pPr>
        <w:pStyle w:val="Heading1"/>
        <w:rPr>
          <w:lang w:val="tr-TR"/>
        </w:rPr>
      </w:pPr>
      <w:r w:rsidRPr="00772A6E">
        <w:rPr>
          <w:lang w:val="tr-TR"/>
        </w:rPr>
        <w:t>7.</w:t>
      </w:r>
      <w:r w:rsidR="00090B32" w:rsidRPr="00772A6E">
        <w:rPr>
          <w:lang w:val="tr-TR"/>
        </w:rPr>
        <w:t>Uygunsuzluk ve Yaptırımlar</w:t>
      </w:r>
    </w:p>
    <w:p w14:paraId="5A200C72" w14:textId="77777777" w:rsidR="0087130F" w:rsidRPr="00772A6E" w:rsidRDefault="0087130F" w:rsidP="00090B32">
      <w:pPr>
        <w:rPr>
          <w:sz w:val="22"/>
          <w:szCs w:val="24"/>
          <w:lang w:val="tr-TR"/>
        </w:rPr>
      </w:pPr>
    </w:p>
    <w:p w14:paraId="3862B066" w14:textId="4CD31D83" w:rsidR="00090B32" w:rsidRPr="00772A6E" w:rsidRDefault="00090B32" w:rsidP="00090B32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Bu politika ve ilişkili prosedürlerde yer alan güvenlik kurallarının ihlali</w:t>
      </w:r>
      <w:r w:rsidR="00C3441C" w:rsidRPr="00772A6E">
        <w:rPr>
          <w:sz w:val="22"/>
          <w:szCs w:val="24"/>
          <w:lang w:val="tr-TR"/>
        </w:rPr>
        <w:t>;</w:t>
      </w:r>
      <w:r w:rsidRPr="00772A6E">
        <w:rPr>
          <w:sz w:val="22"/>
          <w:szCs w:val="24"/>
          <w:lang w:val="tr-TR"/>
        </w:rPr>
        <w:t xml:space="preserve"> şirketin itibarını, ticari</w:t>
      </w:r>
    </w:p>
    <w:p w14:paraId="11AA5F60" w14:textId="50199634" w:rsidR="00E15547" w:rsidRPr="00772A6E" w:rsidRDefault="00090B32" w:rsidP="00090B32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lastRenderedPageBreak/>
        <w:t>süreçlerini ve müşteri güvenini zedeleyebilecek niteliktedir.</w:t>
      </w:r>
    </w:p>
    <w:p w14:paraId="6F9327B1" w14:textId="34BE0722" w:rsidR="00BB670C" w:rsidRPr="00772A6E" w:rsidRDefault="00BB670C" w:rsidP="00090B32">
      <w:pPr>
        <w:rPr>
          <w:sz w:val="10"/>
          <w:szCs w:val="12"/>
          <w:lang w:val="tr-TR"/>
        </w:rPr>
      </w:pPr>
      <w:r w:rsidRPr="00772A6E">
        <w:rPr>
          <w:sz w:val="8"/>
          <w:szCs w:val="10"/>
          <w:lang w:val="tr-TR"/>
        </w:rPr>
        <w:t xml:space="preserve"> </w:t>
      </w:r>
      <w:r w:rsidR="00E15547" w:rsidRPr="00772A6E">
        <w:rPr>
          <w:sz w:val="8"/>
          <w:szCs w:val="10"/>
          <w:lang w:val="tr-TR"/>
        </w:rPr>
        <w:t xml:space="preserve">  </w:t>
      </w:r>
    </w:p>
    <w:p w14:paraId="134A0815" w14:textId="77777777" w:rsidR="00090B32" w:rsidRPr="00772A6E" w:rsidRDefault="00090B32" w:rsidP="00090B32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Kasıtsız veya ihmal sonucu oluşan ihlallerde personele yazılı uyarı verilir ve ek güvenlik eğitimi</w:t>
      </w:r>
    </w:p>
    <w:p w14:paraId="1A24C1A2" w14:textId="2C029946" w:rsidR="00090B32" w:rsidRPr="00772A6E" w:rsidRDefault="00090B32" w:rsidP="00090B32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atanır.</w:t>
      </w:r>
      <w:r w:rsidR="00BB670C" w:rsidRPr="00772A6E">
        <w:rPr>
          <w:lang w:val="tr-TR"/>
        </w:rPr>
        <w:t xml:space="preserve"> </w:t>
      </w:r>
      <w:r w:rsidR="00BB670C" w:rsidRPr="00772A6E">
        <w:rPr>
          <w:sz w:val="22"/>
          <w:szCs w:val="24"/>
          <w:lang w:val="tr-TR"/>
        </w:rPr>
        <w:t>Eğitimlerin tamamlandığı log</w:t>
      </w:r>
      <w:r w:rsidR="00D75422">
        <w:rPr>
          <w:sz w:val="22"/>
          <w:szCs w:val="24"/>
          <w:lang w:val="tr-TR"/>
        </w:rPr>
        <w:t xml:space="preserve"> </w:t>
      </w:r>
      <w:r w:rsidR="00BB670C" w:rsidRPr="00772A6E">
        <w:rPr>
          <w:sz w:val="22"/>
          <w:szCs w:val="24"/>
          <w:lang w:val="tr-TR"/>
        </w:rPr>
        <w:t>dijital olarak kayıt altına alınır</w:t>
      </w:r>
    </w:p>
    <w:p w14:paraId="256C39E0" w14:textId="43F50338" w:rsidR="00E15547" w:rsidRPr="00772A6E" w:rsidRDefault="00E15547" w:rsidP="00090B32">
      <w:pPr>
        <w:rPr>
          <w:sz w:val="10"/>
          <w:szCs w:val="12"/>
          <w:lang w:val="tr-TR"/>
        </w:rPr>
      </w:pPr>
      <w:r w:rsidRPr="00772A6E">
        <w:rPr>
          <w:sz w:val="10"/>
          <w:szCs w:val="12"/>
          <w:lang w:val="tr-TR"/>
        </w:rPr>
        <w:t xml:space="preserve"> </w:t>
      </w:r>
    </w:p>
    <w:p w14:paraId="0F251994" w14:textId="77777777" w:rsidR="00090B32" w:rsidRPr="00772A6E" w:rsidRDefault="00090B32" w:rsidP="00090B32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Verilerin kasten sızdırılması, güvenlik kontrollerinin kasıtlı olarak devre dışı bırakılması veya</w:t>
      </w:r>
    </w:p>
    <w:p w14:paraId="1D52FF4F" w14:textId="77777777" w:rsidR="00090B32" w:rsidRPr="00772A6E" w:rsidRDefault="00090B32" w:rsidP="00090B32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ticari sır niteliğindeki YZ modellerinin/kodların çalınması durumlarında, iş akdinin haklı nedenle</w:t>
      </w:r>
    </w:p>
    <w:p w14:paraId="14194A8D" w14:textId="77777777" w:rsidR="00090B32" w:rsidRPr="00772A6E" w:rsidRDefault="00090B32" w:rsidP="00090B32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derhal feshine gidilir.</w:t>
      </w:r>
    </w:p>
    <w:p w14:paraId="03C9A611" w14:textId="69F491D8" w:rsidR="00E15547" w:rsidRPr="00772A6E" w:rsidRDefault="00E15547" w:rsidP="00090B32">
      <w:pPr>
        <w:rPr>
          <w:sz w:val="10"/>
          <w:szCs w:val="12"/>
          <w:lang w:val="tr-TR"/>
        </w:rPr>
      </w:pPr>
      <w:r w:rsidRPr="00772A6E">
        <w:rPr>
          <w:sz w:val="10"/>
          <w:szCs w:val="12"/>
          <w:lang w:val="tr-TR"/>
        </w:rPr>
        <w:t xml:space="preserve"> </w:t>
      </w:r>
    </w:p>
    <w:p w14:paraId="69D894BE" w14:textId="1BA3DDAC" w:rsidR="00090B32" w:rsidRPr="00772A6E" w:rsidRDefault="00090B32" w:rsidP="00090B32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Suç teşkil eden siber olaylar (örn. KVKK ihlalleri), yasal mevzuat uyarınca ilgili hukuki ve idari makamlara (Adli Makamlar, KVKK Kurumu vb.) bildirilir.</w:t>
      </w:r>
    </w:p>
    <w:p w14:paraId="3EB0F048" w14:textId="24FEC024" w:rsidR="00E15547" w:rsidRPr="00772A6E" w:rsidRDefault="00BB670C" w:rsidP="00E33025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 xml:space="preserve"> </w:t>
      </w:r>
      <w:r w:rsidR="00E15547" w:rsidRPr="00772A6E">
        <w:rPr>
          <w:sz w:val="22"/>
          <w:szCs w:val="24"/>
          <w:lang w:val="tr-TR"/>
        </w:rPr>
        <w:t xml:space="preserve"> </w:t>
      </w:r>
    </w:p>
    <w:p w14:paraId="393C0992" w14:textId="24B24CA7" w:rsidR="00FE16FF" w:rsidRPr="00772A6E" w:rsidRDefault="00FE16FF" w:rsidP="00FE16FF">
      <w:pPr>
        <w:pStyle w:val="Heading1"/>
        <w:rPr>
          <w:lang w:val="tr-TR"/>
        </w:rPr>
      </w:pPr>
      <w:r w:rsidRPr="00772A6E">
        <w:rPr>
          <w:lang w:val="tr-TR"/>
        </w:rPr>
        <w:t>8.İlgili Dokümanlar</w:t>
      </w:r>
    </w:p>
    <w:p w14:paraId="00B9B507" w14:textId="21836404" w:rsidR="0087130F" w:rsidRPr="00772A6E" w:rsidRDefault="009E63BB" w:rsidP="00E33025">
      <w:pPr>
        <w:rPr>
          <w:sz w:val="14"/>
          <w:szCs w:val="16"/>
          <w:lang w:val="tr-TR"/>
        </w:rPr>
      </w:pPr>
      <w:r w:rsidRPr="00772A6E">
        <w:rPr>
          <w:sz w:val="14"/>
          <w:szCs w:val="16"/>
          <w:lang w:val="tr-TR"/>
        </w:rPr>
        <w:t xml:space="preserve"> </w:t>
      </w:r>
    </w:p>
    <w:p w14:paraId="3B25B0F4" w14:textId="025B3981" w:rsidR="00FE16FF" w:rsidRPr="00772A6E" w:rsidRDefault="00FE16FF" w:rsidP="00E33025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Bu politika tek başına ele alınmaz ve aşağıdaki dokümanlarla birlikte işletilir:</w:t>
      </w:r>
    </w:p>
    <w:p w14:paraId="24F2D4CF" w14:textId="2905A653" w:rsidR="00FE16FF" w:rsidRPr="00772A6E" w:rsidRDefault="00FE16FF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 xml:space="preserve">Risk Yönetimi </w:t>
      </w:r>
      <w:r w:rsidR="00FB6DD4" w:rsidRPr="00772A6E">
        <w:rPr>
          <w:sz w:val="22"/>
          <w:szCs w:val="24"/>
          <w:lang w:val="tr-TR"/>
        </w:rPr>
        <w:t>Politikası</w:t>
      </w:r>
    </w:p>
    <w:p w14:paraId="6391A017" w14:textId="69CE3AA4" w:rsidR="00BB670C" w:rsidRPr="00772A6E" w:rsidRDefault="00FE16FF" w:rsidP="00BB670C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Erişim Kontrol Politikası</w:t>
      </w:r>
    </w:p>
    <w:p w14:paraId="13BFF409" w14:textId="2B2ED441" w:rsidR="009E63BB" w:rsidRPr="00772A6E" w:rsidRDefault="007443FA" w:rsidP="009E63BB">
      <w:pPr>
        <w:ind w:left="360"/>
        <w:rPr>
          <w:sz w:val="12"/>
          <w:szCs w:val="14"/>
          <w:lang w:val="tr-TR"/>
        </w:rPr>
      </w:pPr>
      <w:r w:rsidRPr="00772A6E">
        <w:rPr>
          <w:sz w:val="12"/>
          <w:szCs w:val="14"/>
          <w:lang w:val="tr-TR"/>
        </w:rPr>
        <w:t xml:space="preserve"> </w:t>
      </w:r>
    </w:p>
    <w:p w14:paraId="4601B46B" w14:textId="77777777" w:rsidR="009E63BB" w:rsidRPr="00772A6E" w:rsidRDefault="009E63BB" w:rsidP="009E63BB">
      <w:pPr>
        <w:rPr>
          <w:sz w:val="22"/>
          <w:szCs w:val="24"/>
          <w:lang w:val="tr-TR"/>
        </w:rPr>
      </w:pPr>
      <w:r w:rsidRPr="00772A6E">
        <w:rPr>
          <w:sz w:val="22"/>
          <w:szCs w:val="24"/>
          <w:lang w:val="tr-TR"/>
        </w:rPr>
        <w:t>Bu doküman incelenmiş ve kurum içinde uygulanmak üzere yürürlüğe alınmıştır.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2835"/>
      </w:tblGrid>
      <w:tr w:rsidR="009E63BB" w:rsidRPr="00772A6E" w14:paraId="49534144" w14:textId="77777777" w:rsidTr="009F309A">
        <w:tc>
          <w:tcPr>
            <w:tcW w:w="2693" w:type="dxa"/>
          </w:tcPr>
          <w:p w14:paraId="4A733AB9" w14:textId="77777777" w:rsidR="009E63BB" w:rsidRPr="00772A6E" w:rsidRDefault="009E63BB" w:rsidP="009F309A">
            <w:pPr>
              <w:rPr>
                <w:sz w:val="22"/>
                <w:szCs w:val="24"/>
                <w:lang w:val="tr-TR"/>
              </w:rPr>
            </w:pPr>
            <w:r w:rsidRPr="00772A6E">
              <w:rPr>
                <w:sz w:val="22"/>
                <w:szCs w:val="24"/>
                <w:lang w:val="tr-TR"/>
              </w:rPr>
              <w:t>Kontrol Eden</w:t>
            </w:r>
          </w:p>
        </w:tc>
        <w:tc>
          <w:tcPr>
            <w:tcW w:w="2835" w:type="dxa"/>
          </w:tcPr>
          <w:p w14:paraId="41A09A7B" w14:textId="77777777" w:rsidR="009E63BB" w:rsidRPr="00772A6E" w:rsidRDefault="009E63BB" w:rsidP="009F309A">
            <w:pPr>
              <w:rPr>
                <w:sz w:val="22"/>
                <w:szCs w:val="24"/>
                <w:lang w:val="tr-TR"/>
              </w:rPr>
            </w:pPr>
            <w:r w:rsidRPr="00772A6E">
              <w:rPr>
                <w:sz w:val="22"/>
                <w:szCs w:val="24"/>
                <w:lang w:val="tr-TR"/>
              </w:rPr>
              <w:t xml:space="preserve">Onaylayan </w:t>
            </w:r>
          </w:p>
        </w:tc>
      </w:tr>
      <w:tr w:rsidR="009E63BB" w:rsidRPr="00772A6E" w14:paraId="77CC4277" w14:textId="77777777" w:rsidTr="009F309A">
        <w:trPr>
          <w:trHeight w:val="842"/>
        </w:trPr>
        <w:tc>
          <w:tcPr>
            <w:tcW w:w="2693" w:type="dxa"/>
          </w:tcPr>
          <w:p w14:paraId="19FBACB7" w14:textId="77777777" w:rsidR="009E63BB" w:rsidRPr="00772A6E" w:rsidRDefault="009E63BB" w:rsidP="009F309A">
            <w:pPr>
              <w:rPr>
                <w:sz w:val="22"/>
                <w:szCs w:val="24"/>
                <w:lang w:val="tr-TR"/>
              </w:rPr>
            </w:pPr>
          </w:p>
        </w:tc>
        <w:tc>
          <w:tcPr>
            <w:tcW w:w="2835" w:type="dxa"/>
          </w:tcPr>
          <w:p w14:paraId="671DA83E" w14:textId="77777777" w:rsidR="009E63BB" w:rsidRPr="00772A6E" w:rsidRDefault="009E63BB" w:rsidP="009F309A">
            <w:pPr>
              <w:rPr>
                <w:sz w:val="22"/>
                <w:szCs w:val="24"/>
                <w:lang w:val="tr-TR"/>
              </w:rPr>
            </w:pPr>
          </w:p>
        </w:tc>
      </w:tr>
    </w:tbl>
    <w:p w14:paraId="2748E8B4" w14:textId="77777777" w:rsidR="009E63BB" w:rsidRPr="00772A6E" w:rsidRDefault="009E63BB" w:rsidP="009E63BB">
      <w:pPr>
        <w:ind w:left="360"/>
        <w:rPr>
          <w:sz w:val="22"/>
          <w:szCs w:val="24"/>
          <w:lang w:val="tr-TR"/>
        </w:rPr>
      </w:pPr>
    </w:p>
    <w:sectPr w:rsidR="009E63BB" w:rsidRPr="00772A6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1020" w:bottom="85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2A467" w14:textId="77777777" w:rsidR="007C04D0" w:rsidRDefault="007C04D0">
      <w:pPr>
        <w:spacing w:line="240" w:lineRule="auto"/>
      </w:pPr>
      <w:r>
        <w:separator/>
      </w:r>
    </w:p>
  </w:endnote>
  <w:endnote w:type="continuationSeparator" w:id="0">
    <w:p w14:paraId="18DD4618" w14:textId="77777777" w:rsidR="007C04D0" w:rsidRDefault="007C04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E7BBD" w14:textId="77777777" w:rsidR="009A6BC5" w:rsidRDefault="009A6B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E5D67" w14:textId="77777777" w:rsidR="009A6BC5" w:rsidRDefault="009A6B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16ADF" w14:textId="77777777" w:rsidR="009A6BC5" w:rsidRDefault="009A6B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B946C" w14:textId="77777777" w:rsidR="007C04D0" w:rsidRDefault="007C04D0">
      <w:pPr>
        <w:spacing w:line="240" w:lineRule="auto"/>
      </w:pPr>
      <w:r>
        <w:separator/>
      </w:r>
    </w:p>
  </w:footnote>
  <w:footnote w:type="continuationSeparator" w:id="0">
    <w:p w14:paraId="48CAAF87" w14:textId="77777777" w:rsidR="007C04D0" w:rsidRDefault="007C04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3F2C8" w14:textId="77777777" w:rsidR="009A6BC5" w:rsidRDefault="009A6B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835"/>
      <w:gridCol w:w="4082"/>
      <w:gridCol w:w="2835"/>
    </w:tblGrid>
    <w:tr w:rsidR="00852141" w14:paraId="7CB32C58" w14:textId="77777777" w:rsidTr="008203BD">
      <w:trPr>
        <w:jc w:val="center"/>
      </w:trPr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4DC0CEE2" w14:textId="77777777" w:rsidR="00852141" w:rsidRDefault="00852141" w:rsidP="00852141">
          <w:pPr>
            <w:jc w:val="left"/>
          </w:pPr>
          <w:r>
            <w:rPr>
              <w:noProof/>
              <w:lang w:val="tr-TR" w:eastAsia="tr-TR"/>
            </w:rPr>
            <w:drawing>
              <wp:inline distT="0" distB="0" distL="0" distR="0" wp14:anchorId="00B933AB" wp14:editId="5BFFD8CC">
                <wp:extent cx="1296000" cy="42976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genas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429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2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78CD93EF" w14:textId="47AD56C9" w:rsidR="00852141" w:rsidRDefault="00A03BB5" w:rsidP="00852141">
          <w:pPr>
            <w:jc w:val="center"/>
          </w:pPr>
          <w:r>
            <w:t>BİLGİ GÜVENLİĞİ POLİTİKASI</w:t>
          </w:r>
        </w:p>
      </w:tc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01B11DE1" w14:textId="79BC3B77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Doküman</w:t>
          </w:r>
          <w:proofErr w:type="spellEnd"/>
          <w:r>
            <w:rPr>
              <w:color w:val="000000"/>
              <w:sz w:val="14"/>
            </w:rPr>
            <w:t xml:space="preserve"> No : </w:t>
          </w:r>
          <w:r w:rsidR="00CB50D2">
            <w:rPr>
              <w:b/>
              <w:color w:val="000000"/>
              <w:sz w:val="14"/>
            </w:rPr>
            <w:t>POL-0</w:t>
          </w:r>
          <w:r w:rsidR="003851B7">
            <w:rPr>
              <w:b/>
              <w:color w:val="000000"/>
              <w:sz w:val="14"/>
            </w:rPr>
            <w:t>02</w:t>
          </w:r>
        </w:p>
        <w:p w14:paraId="02D40381" w14:textId="507387F7" w:rsidR="00852141" w:rsidRDefault="00B17DA0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gramStart"/>
          <w:r>
            <w:rPr>
              <w:color w:val="000000"/>
              <w:sz w:val="14"/>
            </w:rPr>
            <w:t>No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Pr="00B17DA0">
            <w:rPr>
              <w:b/>
              <w:color w:val="000000"/>
              <w:sz w:val="14"/>
            </w:rPr>
            <w:t>V1</w:t>
          </w:r>
          <w:r w:rsidR="00852141" w:rsidRPr="00B17DA0">
            <w:rPr>
              <w:b/>
              <w:color w:val="000000"/>
              <w:sz w:val="14"/>
            </w:rPr>
            <w:t>.0</w:t>
          </w:r>
        </w:p>
        <w:p w14:paraId="1A971946" w14:textId="34277891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spellStart"/>
          <w:proofErr w:type="gram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</w:t>
          </w:r>
          <w:proofErr w:type="gramEnd"/>
          <w:r>
            <w:rPr>
              <w:color w:val="000000"/>
              <w:sz w:val="14"/>
            </w:rPr>
            <w:t xml:space="preserve"> </w:t>
          </w:r>
          <w:r>
            <w:rPr>
              <w:b/>
              <w:color w:val="000000"/>
              <w:sz w:val="14"/>
            </w:rPr>
            <w:t xml:space="preserve">Mart </w:t>
          </w:r>
          <w:r w:rsidR="00B17DA0">
            <w:rPr>
              <w:b/>
              <w:color w:val="000000"/>
              <w:sz w:val="14"/>
            </w:rPr>
            <w:t>2026</w:t>
          </w:r>
        </w:p>
        <w:p w14:paraId="31B15FC1" w14:textId="6A3AABC9" w:rsidR="00852141" w:rsidRDefault="00852141" w:rsidP="00B17DA0">
          <w:pPr>
            <w:spacing w:line="240" w:lineRule="auto"/>
          </w:pPr>
          <w:r>
            <w:rPr>
              <w:color w:val="000000"/>
              <w:sz w:val="14"/>
            </w:rPr>
            <w:t xml:space="preserve">Rev. </w:t>
          </w:r>
          <w:proofErr w:type="spell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 </w:t>
          </w:r>
        </w:p>
      </w:tc>
    </w:tr>
  </w:tbl>
  <w:p w14:paraId="52FD0A99" w14:textId="77777777" w:rsidR="00852141" w:rsidRDefault="008521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40ECB" w14:textId="77777777" w:rsidR="009A6BC5" w:rsidRDefault="009A6B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B473E"/>
    <w:multiLevelType w:val="hybridMultilevel"/>
    <w:tmpl w:val="24764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376841"/>
    <w:multiLevelType w:val="hybridMultilevel"/>
    <w:tmpl w:val="9DBE13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90FD1"/>
    <w:multiLevelType w:val="hybridMultilevel"/>
    <w:tmpl w:val="1AD476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40264"/>
    <w:multiLevelType w:val="hybridMultilevel"/>
    <w:tmpl w:val="B74EC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10616E"/>
    <w:multiLevelType w:val="hybridMultilevel"/>
    <w:tmpl w:val="348424EE"/>
    <w:lvl w:ilvl="0" w:tplc="2A160848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45E8C"/>
    <w:multiLevelType w:val="hybridMultilevel"/>
    <w:tmpl w:val="D4D489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575C56"/>
    <w:multiLevelType w:val="hybridMultilevel"/>
    <w:tmpl w:val="E6E8DAF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9A0EF7"/>
    <w:multiLevelType w:val="hybridMultilevel"/>
    <w:tmpl w:val="9D1013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073025"/>
    <w:multiLevelType w:val="hybridMultilevel"/>
    <w:tmpl w:val="758C12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C1FF8"/>
    <w:multiLevelType w:val="hybridMultilevel"/>
    <w:tmpl w:val="3C8C46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8379E"/>
    <w:multiLevelType w:val="hybridMultilevel"/>
    <w:tmpl w:val="D07015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71FE7"/>
    <w:multiLevelType w:val="hybridMultilevel"/>
    <w:tmpl w:val="1AD6FD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3"/>
  </w:num>
  <w:num w:numId="12">
    <w:abstractNumId w:val="14"/>
  </w:num>
  <w:num w:numId="13">
    <w:abstractNumId w:val="10"/>
  </w:num>
  <w:num w:numId="14">
    <w:abstractNumId w:val="16"/>
  </w:num>
  <w:num w:numId="15">
    <w:abstractNumId w:val="17"/>
  </w:num>
  <w:num w:numId="16">
    <w:abstractNumId w:val="9"/>
  </w:num>
  <w:num w:numId="17">
    <w:abstractNumId w:val="11"/>
  </w:num>
  <w:num w:numId="18">
    <w:abstractNumId w:val="20"/>
  </w:num>
  <w:num w:numId="19">
    <w:abstractNumId w:val="12"/>
  </w:num>
  <w:num w:numId="20">
    <w:abstractNumId w:val="1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4B89"/>
    <w:rsid w:val="00034616"/>
    <w:rsid w:val="0006063C"/>
    <w:rsid w:val="00090B32"/>
    <w:rsid w:val="00105F4B"/>
    <w:rsid w:val="00125D2C"/>
    <w:rsid w:val="00136DBF"/>
    <w:rsid w:val="0015074B"/>
    <w:rsid w:val="001843F4"/>
    <w:rsid w:val="001A7DC6"/>
    <w:rsid w:val="001B0503"/>
    <w:rsid w:val="001C108F"/>
    <w:rsid w:val="001D2038"/>
    <w:rsid w:val="001D504E"/>
    <w:rsid w:val="001F295A"/>
    <w:rsid w:val="00232C4B"/>
    <w:rsid w:val="00273031"/>
    <w:rsid w:val="0029639D"/>
    <w:rsid w:val="002A4E97"/>
    <w:rsid w:val="002B1972"/>
    <w:rsid w:val="002C549F"/>
    <w:rsid w:val="002F735B"/>
    <w:rsid w:val="00326F90"/>
    <w:rsid w:val="00351CBF"/>
    <w:rsid w:val="00370CF4"/>
    <w:rsid w:val="003851B7"/>
    <w:rsid w:val="003A7807"/>
    <w:rsid w:val="004276CC"/>
    <w:rsid w:val="00452749"/>
    <w:rsid w:val="00463E60"/>
    <w:rsid w:val="004A4B9B"/>
    <w:rsid w:val="004B3F21"/>
    <w:rsid w:val="004F0A01"/>
    <w:rsid w:val="00520AFC"/>
    <w:rsid w:val="00522BDB"/>
    <w:rsid w:val="0053429D"/>
    <w:rsid w:val="005D4416"/>
    <w:rsid w:val="006131A5"/>
    <w:rsid w:val="00644D0F"/>
    <w:rsid w:val="006A7E95"/>
    <w:rsid w:val="006E6D56"/>
    <w:rsid w:val="007443FA"/>
    <w:rsid w:val="00763980"/>
    <w:rsid w:val="00772A6E"/>
    <w:rsid w:val="007C04D0"/>
    <w:rsid w:val="00852141"/>
    <w:rsid w:val="0087130F"/>
    <w:rsid w:val="00880DDD"/>
    <w:rsid w:val="00895AA7"/>
    <w:rsid w:val="008B7EA8"/>
    <w:rsid w:val="008C28E2"/>
    <w:rsid w:val="00913F6F"/>
    <w:rsid w:val="009503F9"/>
    <w:rsid w:val="009551C3"/>
    <w:rsid w:val="009A6BC5"/>
    <w:rsid w:val="009E63BB"/>
    <w:rsid w:val="00A03BB5"/>
    <w:rsid w:val="00A17F21"/>
    <w:rsid w:val="00A36F3F"/>
    <w:rsid w:val="00AA1D8D"/>
    <w:rsid w:val="00AB64E0"/>
    <w:rsid w:val="00AC4B60"/>
    <w:rsid w:val="00AD3ACC"/>
    <w:rsid w:val="00B01B17"/>
    <w:rsid w:val="00B17DA0"/>
    <w:rsid w:val="00B2661B"/>
    <w:rsid w:val="00B47730"/>
    <w:rsid w:val="00B86C13"/>
    <w:rsid w:val="00BB38BC"/>
    <w:rsid w:val="00BB670C"/>
    <w:rsid w:val="00BD7958"/>
    <w:rsid w:val="00C0460B"/>
    <w:rsid w:val="00C101DA"/>
    <w:rsid w:val="00C24224"/>
    <w:rsid w:val="00C3441C"/>
    <w:rsid w:val="00C57C1C"/>
    <w:rsid w:val="00CA3F14"/>
    <w:rsid w:val="00CA56AE"/>
    <w:rsid w:val="00CB0664"/>
    <w:rsid w:val="00CB50D2"/>
    <w:rsid w:val="00D41CDA"/>
    <w:rsid w:val="00D46CF7"/>
    <w:rsid w:val="00D622E5"/>
    <w:rsid w:val="00D75422"/>
    <w:rsid w:val="00D80B4A"/>
    <w:rsid w:val="00D91388"/>
    <w:rsid w:val="00DA0998"/>
    <w:rsid w:val="00DA6F34"/>
    <w:rsid w:val="00E10DA8"/>
    <w:rsid w:val="00E10F1A"/>
    <w:rsid w:val="00E15547"/>
    <w:rsid w:val="00E33025"/>
    <w:rsid w:val="00E6731E"/>
    <w:rsid w:val="00E84DF7"/>
    <w:rsid w:val="00E90970"/>
    <w:rsid w:val="00EA498C"/>
    <w:rsid w:val="00ED78C3"/>
    <w:rsid w:val="00EE67A6"/>
    <w:rsid w:val="00EF1B34"/>
    <w:rsid w:val="00EF24BB"/>
    <w:rsid w:val="00F276A4"/>
    <w:rsid w:val="00F62E61"/>
    <w:rsid w:val="00FA1E71"/>
    <w:rsid w:val="00FB6DD4"/>
    <w:rsid w:val="00FC693F"/>
    <w:rsid w:val="00FE060E"/>
    <w:rsid w:val="00FE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62061"/>
  <w14:defaultImageDpi w14:val="300"/>
  <w15:docId w15:val="{7D9108B2-0D17-4C09-84D1-7012EB87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025"/>
    <w:pPr>
      <w:spacing w:after="0" w:line="259" w:lineRule="auto"/>
      <w:jc w:val="both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CA3F14"/>
    <w:pPr>
      <w:pBdr>
        <w:bottom w:val="single" w:sz="18" w:space="0" w:color="365F90"/>
      </w:pBdr>
      <w:ind w:left="0"/>
      <w:outlineLvl w:val="0"/>
    </w:pPr>
    <w:rPr>
      <w:b/>
      <w:bCs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46CF7"/>
    <w:pPr>
      <w:pBdr>
        <w:bottom w:val="single" w:sz="8" w:space="0" w:color="365F90"/>
      </w:pBdr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A3F14"/>
    <w:rPr>
      <w:rFonts w:ascii="Times New Roman" w:eastAsia="Times New Roman" w:hAnsi="Times New Roman"/>
      <w:b/>
      <w:bCs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6CF7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472DBA-1E07-41D4-897C-889EFA154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3</Pages>
  <Words>926</Words>
  <Characters>5280</Characters>
  <Application>Microsoft Office Word</Application>
  <DocSecurity>0</DocSecurity>
  <Lines>44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33</cp:revision>
  <dcterms:created xsi:type="dcterms:W3CDTF">2013-12-23T23:15:00Z</dcterms:created>
  <dcterms:modified xsi:type="dcterms:W3CDTF">2026-08-28T13:45:00Z</dcterms:modified>
  <cp:category/>
</cp:coreProperties>
</file>